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33E1A5" w14:textId="19FCB2E4" w:rsidR="003C78DC" w:rsidRPr="00836E25" w:rsidRDefault="00551728" w:rsidP="00246860">
      <w:pPr>
        <w:pStyle w:val="FiszkaTitle"/>
        <w:jc w:val="center"/>
        <w:rPr>
          <w:color w:val="000000" w:themeColor="text1"/>
          <w:sz w:val="44"/>
          <w:szCs w:val="24"/>
          <w:lang w:val="pl-PL"/>
        </w:rPr>
      </w:pPr>
      <w:bookmarkStart w:id="0" w:name="_GoBack"/>
      <w:bookmarkEnd w:id="0"/>
      <w:r w:rsidRPr="00836E25">
        <w:rPr>
          <w:color w:val="000000" w:themeColor="text1"/>
          <w:sz w:val="44"/>
          <w:szCs w:val="24"/>
          <w:lang w:val="pl-PL"/>
        </w:rPr>
        <w:t>FISZKA PROJEKTOWA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1728CC" w14:paraId="1C058411" w14:textId="77777777">
        <w:trPr>
          <w:cantSplit/>
        </w:trPr>
        <w:tc>
          <w:tcPr>
            <w:tcW w:w="9638" w:type="dxa"/>
            <w:shd w:val="clear" w:color="auto" w:fill="EDF4F5"/>
            <w:tcMar>
              <w:top w:w="95" w:type="dxa"/>
              <w:left w:w="135" w:type="dxa"/>
              <w:bottom w:w="95" w:type="dxa"/>
              <w:right w:w="135" w:type="dxa"/>
            </w:tcMar>
          </w:tcPr>
          <w:p w14:paraId="1B38F624" w14:textId="529A0E23" w:rsidR="00246860" w:rsidRPr="00836E25" w:rsidRDefault="00246860" w:rsidP="00D41046">
            <w:pPr>
              <w:spacing w:after="0"/>
              <w:jc w:val="both"/>
              <w:rPr>
                <w:color w:val="000000" w:themeColor="text1"/>
                <w:szCs w:val="24"/>
                <w:lang w:val="pl-PL"/>
              </w:rPr>
            </w:pPr>
            <w:r w:rsidRPr="00836E25">
              <w:rPr>
                <w:color w:val="000000" w:themeColor="text1"/>
                <w:szCs w:val="24"/>
                <w:lang w:val="pl-PL"/>
              </w:rPr>
              <w:t xml:space="preserve">W związku z prowadzonymi pracami nad opracowaniem Strategii </w:t>
            </w:r>
            <w:r w:rsidR="001728CC">
              <w:rPr>
                <w:color w:val="000000" w:themeColor="text1"/>
                <w:szCs w:val="24"/>
                <w:lang w:val="pl-PL"/>
              </w:rPr>
              <w:t>r</w:t>
            </w:r>
            <w:r w:rsidRPr="00836E25">
              <w:rPr>
                <w:color w:val="000000" w:themeColor="text1"/>
                <w:szCs w:val="24"/>
                <w:lang w:val="pl-PL"/>
              </w:rPr>
              <w:t>ozwoju Gminy Busko-Zdrój zachęcamy mieszkańców, przedstawicieli organizacji pozarządowych, przedsiębiorców, instytucji publicznych oraz innych lokalnych interesariuszy do zgłaszania propozycji przedsięwzięć i działań, które mogą przyczynić się do rozwoju społecznego, gospodarczego, przestrzennego oraz klimatyczno-środowiskowego Gminy.</w:t>
            </w:r>
          </w:p>
          <w:p w14:paraId="3F50CD05" w14:textId="77777777" w:rsidR="00D41046" w:rsidRDefault="00D41046" w:rsidP="00D41046">
            <w:pPr>
              <w:spacing w:after="0"/>
              <w:jc w:val="both"/>
              <w:rPr>
                <w:color w:val="000000" w:themeColor="text1"/>
                <w:szCs w:val="24"/>
                <w:lang w:val="pl-PL"/>
              </w:rPr>
            </w:pPr>
          </w:p>
          <w:p w14:paraId="68F66293" w14:textId="77777777" w:rsidR="002814D8" w:rsidRDefault="00246860" w:rsidP="00D41046">
            <w:pPr>
              <w:spacing w:after="0"/>
              <w:jc w:val="both"/>
              <w:rPr>
                <w:color w:val="000000" w:themeColor="text1"/>
                <w:szCs w:val="24"/>
                <w:lang w:val="pl-PL"/>
              </w:rPr>
            </w:pPr>
            <w:r w:rsidRPr="00836E25">
              <w:rPr>
                <w:color w:val="000000" w:themeColor="text1"/>
                <w:szCs w:val="24"/>
                <w:lang w:val="pl-PL"/>
              </w:rPr>
              <w:t xml:space="preserve">Dla każdej propozycji należy wypełnić odrębną fiszkę projektową. </w:t>
            </w:r>
          </w:p>
          <w:p w14:paraId="50F9404A" w14:textId="77777777" w:rsidR="002814D8" w:rsidRDefault="002814D8" w:rsidP="00D41046">
            <w:pPr>
              <w:spacing w:after="0"/>
              <w:jc w:val="both"/>
              <w:rPr>
                <w:color w:val="000000" w:themeColor="text1"/>
                <w:szCs w:val="24"/>
                <w:lang w:val="pl-PL"/>
              </w:rPr>
            </w:pPr>
            <w:r w:rsidRPr="002814D8">
              <w:rPr>
                <w:color w:val="000000" w:themeColor="text1"/>
                <w:szCs w:val="24"/>
                <w:lang w:val="pl-PL"/>
              </w:rPr>
              <w:t xml:space="preserve">Wypełnioną fiszkę projektową można zostawić w Biurze Obsługi Interesanta Urzędu Miasta </w:t>
            </w:r>
            <w:r>
              <w:rPr>
                <w:color w:val="000000" w:themeColor="text1"/>
                <w:szCs w:val="24"/>
                <w:lang w:val="pl-PL"/>
              </w:rPr>
              <w:t>i Gminy w Busku</w:t>
            </w:r>
            <w:r w:rsidRPr="002814D8">
              <w:rPr>
                <w:color w:val="000000" w:themeColor="text1"/>
                <w:szCs w:val="24"/>
                <w:lang w:val="pl-PL"/>
              </w:rPr>
              <w:t>-Zdr</w:t>
            </w:r>
            <w:r>
              <w:rPr>
                <w:color w:val="000000" w:themeColor="text1"/>
                <w:szCs w:val="24"/>
                <w:lang w:val="pl-PL"/>
              </w:rPr>
              <w:t>oju</w:t>
            </w:r>
            <w:r w:rsidRPr="002814D8">
              <w:rPr>
                <w:color w:val="000000" w:themeColor="text1"/>
                <w:szCs w:val="24"/>
                <w:lang w:val="pl-PL"/>
              </w:rPr>
              <w:t xml:space="preserve"> (pok. Nr 3),</w:t>
            </w:r>
            <w:r>
              <w:rPr>
                <w:color w:val="000000" w:themeColor="text1"/>
                <w:szCs w:val="24"/>
                <w:lang w:val="pl-PL"/>
              </w:rPr>
              <w:t xml:space="preserve"> </w:t>
            </w:r>
            <w:r w:rsidRPr="002814D8">
              <w:rPr>
                <w:lang w:val="pl-PL"/>
              </w:rPr>
              <w:t>w Urzędzie Miasta i Gminy w Busku-Zdroju</w:t>
            </w:r>
            <w:r>
              <w:rPr>
                <w:lang w:val="pl-PL"/>
              </w:rPr>
              <w:t xml:space="preserve"> przy ul. Różanej</w:t>
            </w:r>
            <w:r w:rsidRPr="002814D8">
              <w:rPr>
                <w:lang w:val="pl-PL"/>
              </w:rPr>
              <w:t xml:space="preserve"> 2, 28-100 Busko-Zdrój</w:t>
            </w:r>
            <w:r w:rsidRPr="002814D8">
              <w:rPr>
                <w:color w:val="000000" w:themeColor="text1"/>
                <w:szCs w:val="24"/>
                <w:lang w:val="pl-PL"/>
              </w:rPr>
              <w:t xml:space="preserve">. </w:t>
            </w:r>
            <w:r>
              <w:rPr>
                <w:color w:val="000000" w:themeColor="text1"/>
                <w:szCs w:val="24"/>
                <w:lang w:val="pl-PL"/>
              </w:rPr>
              <w:t xml:space="preserve"> </w:t>
            </w:r>
          </w:p>
          <w:p w14:paraId="3F4D8574" w14:textId="07D85361" w:rsidR="0026688B" w:rsidRPr="002814D8" w:rsidRDefault="002814D8" w:rsidP="00D41046">
            <w:pPr>
              <w:spacing w:after="0"/>
              <w:jc w:val="both"/>
              <w:rPr>
                <w:color w:val="000000" w:themeColor="text1"/>
                <w:szCs w:val="24"/>
                <w:lang w:val="pl-PL"/>
              </w:rPr>
            </w:pPr>
            <w:r w:rsidRPr="002814D8">
              <w:rPr>
                <w:color w:val="000000" w:themeColor="text1"/>
                <w:szCs w:val="24"/>
                <w:lang w:val="pl-PL"/>
              </w:rPr>
              <w:t xml:space="preserve"> Fiszka projektowa dostępna jest również na stronie internetowej Urzędu Miasta i Gminy Busko-Zdrój (www.umig.busko.pl) w zakładce Ogłoszenia.</w:t>
            </w:r>
          </w:p>
        </w:tc>
      </w:tr>
    </w:tbl>
    <w:p w14:paraId="1AA83A3F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p w14:paraId="26D4CC60" w14:textId="77777777" w:rsidR="003C78DC" w:rsidRPr="00836E25" w:rsidRDefault="00551728">
      <w:pPr>
        <w:pStyle w:val="FiszkaSection"/>
        <w:keepNext/>
        <w:rPr>
          <w:color w:val="000000" w:themeColor="text1"/>
          <w:sz w:val="24"/>
          <w:szCs w:val="24"/>
          <w:lang w:val="pl-PL"/>
        </w:rPr>
      </w:pPr>
      <w:r w:rsidRPr="00836E25">
        <w:rPr>
          <w:color w:val="000000" w:themeColor="text1"/>
          <w:sz w:val="24"/>
          <w:szCs w:val="24"/>
          <w:lang w:val="pl-PL"/>
        </w:rPr>
        <w:t>01   Informacje o zgłaszającym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1728CC" w14:paraId="5190646A" w14:textId="77777777">
        <w:trPr>
          <w:cantSplit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100" w:type="dxa"/>
              <w:left w:w="130" w:type="dxa"/>
              <w:bottom w:w="85" w:type="dxa"/>
              <w:right w:w="100" w:type="dxa"/>
            </w:tcMar>
          </w:tcPr>
          <w:p w14:paraId="4CB147B4" w14:textId="77777777" w:rsidR="003C78DC" w:rsidRPr="00836E25" w:rsidRDefault="00551728">
            <w:pPr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Kto zgłasza propozycję? (zaznacz właściwe)</w:t>
            </w:r>
          </w:p>
          <w:p w14:paraId="7C549E07" w14:textId="051BD6A1" w:rsidR="001751C9" w:rsidRPr="00836E25" w:rsidRDefault="00E92501" w:rsidP="001751C9">
            <w:pPr>
              <w:pStyle w:val="FiszkaBody"/>
              <w:spacing w:after="20"/>
              <w:rPr>
                <w:color w:val="000000" w:themeColor="text1"/>
                <w:sz w:val="20"/>
                <w:szCs w:val="24"/>
                <w:lang w:val="pl-PL"/>
              </w:rPr>
            </w:pPr>
            <w:sdt>
              <w:sdtPr>
                <w:rPr>
                  <w:lang w:val="pl-PL"/>
                </w:rPr>
                <w:alias w:val="Pole wyboru 1"/>
                <w:tag w:val="checkbox_01"/>
                <w:id w:val="98800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54BD6" w:rsidRPr="001728CC">
                  <w:rPr>
                    <w:rFonts w:ascii="Segoe UI Symbol" w:hAnsi="Segoe UI Symbol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mieszkaniec / grupa mieszkańców   </w:t>
            </w:r>
            <w:sdt>
              <w:sdtPr>
                <w:alias w:val="Pole wyboru 2"/>
                <w:tag w:val="checkbox_02"/>
                <w:id w:val="98800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przedsiębiorca / podmiot gospodarczy</w:t>
            </w:r>
            <w:r w:rsidR="001751C9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  </w:t>
            </w:r>
            <w:sdt>
              <w:sdtPr>
                <w:alias w:val="Pole wyboru 3"/>
                <w:tag w:val="checkbox_03"/>
                <w:id w:val="98800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1751C9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1751C9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wspólnota/spółdzielnia mieszkaniowa</w:t>
            </w:r>
          </w:p>
          <w:p w14:paraId="291CD126" w14:textId="38E117AD" w:rsidR="003C78DC" w:rsidRPr="00836E25" w:rsidRDefault="00E92501" w:rsidP="001751C9">
            <w:pPr>
              <w:pStyle w:val="FiszkaBody"/>
              <w:spacing w:after="20"/>
              <w:rPr>
                <w:color w:val="000000" w:themeColor="text1"/>
                <w:sz w:val="20"/>
                <w:szCs w:val="24"/>
                <w:lang w:val="pl-PL"/>
              </w:rPr>
            </w:pPr>
            <w:sdt>
              <w:sdtPr>
                <w:alias w:val="Pole wyboru 4"/>
                <w:tag w:val="checkbox_04"/>
                <w:id w:val="98800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organizacja pozarządowa / grupa nieformalna        </w:t>
            </w:r>
            <w:sdt>
              <w:sdtPr>
                <w:alias w:val="Pole wyboru 5"/>
                <w:tag w:val="checkbox_05"/>
                <w:id w:val="98800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urząd gminy</w:t>
            </w:r>
            <w:r w:rsidR="001751C9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     </w:t>
            </w:r>
            <w:sdt>
              <w:sdtPr>
                <w:alias w:val="Pole wyboru 6"/>
                <w:tag w:val="checkbox_06"/>
                <w:id w:val="98800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gminna jednostka organizacyjna / instytucja publiczna    </w:t>
            </w:r>
            <w:sdt>
              <w:sdtPr>
                <w:alias w:val="Pole wyboru 7"/>
                <w:tag w:val="checkbox_07"/>
                <w:id w:val="98800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inny podmiot: ..................................</w:t>
            </w:r>
          </w:p>
        </w:tc>
      </w:tr>
    </w:tbl>
    <w:p w14:paraId="2B690688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1728CC" w14:paraId="394E0AED" w14:textId="77777777">
        <w:trPr>
          <w:cantSplit/>
          <w:trHeight w:val="312"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2C68F1" w14:textId="3139C997" w:rsidR="003C78DC" w:rsidRPr="00836E25" w:rsidRDefault="00551728">
            <w:pPr>
              <w:spacing w:after="4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Imię i nazwisko osoby do kontaktu</w:t>
            </w:r>
            <w:r w:rsidRPr="00836E25">
              <w:rPr>
                <w:i/>
                <w:color w:val="000000" w:themeColor="text1"/>
                <w:szCs w:val="24"/>
                <w:lang w:val="pl-PL"/>
              </w:rPr>
              <w:t xml:space="preserve">  </w:t>
            </w:r>
          </w:p>
          <w:p w14:paraId="7DC2E813" w14:textId="77777777" w:rsidR="003C78DC" w:rsidRPr="00836E25" w:rsidRDefault="00551728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</w:p>
        </w:tc>
      </w:tr>
    </w:tbl>
    <w:p w14:paraId="020600D7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836E25" w14:paraId="6AA294B9" w14:textId="77777777">
        <w:trPr>
          <w:cantSplit/>
          <w:trHeight w:val="283"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5AEA4F" w14:textId="10F7731C" w:rsidR="003C78DC" w:rsidRPr="00836E25" w:rsidRDefault="00551728">
            <w:pPr>
              <w:spacing w:after="4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Nazwa instytucji / organizacji / firmy</w:t>
            </w:r>
            <w:r w:rsidRPr="00836E25">
              <w:rPr>
                <w:i/>
                <w:color w:val="000000" w:themeColor="text1"/>
                <w:szCs w:val="24"/>
                <w:lang w:val="pl-PL"/>
              </w:rPr>
              <w:t xml:space="preserve">  </w:t>
            </w:r>
          </w:p>
          <w:p w14:paraId="29DBA701" w14:textId="77777777" w:rsidR="003C78DC" w:rsidRPr="00836E25" w:rsidRDefault="00551728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</w:p>
        </w:tc>
      </w:tr>
    </w:tbl>
    <w:p w14:paraId="7A30625B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246860" w:rsidRPr="00836E25" w14:paraId="69CF2230" w14:textId="77777777">
        <w:trPr>
          <w:cantSplit/>
          <w:trHeight w:val="306"/>
        </w:trPr>
        <w:tc>
          <w:tcPr>
            <w:tcW w:w="4819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8936DD" w14:textId="0007B711" w:rsidR="003C78DC" w:rsidRPr="00836E25" w:rsidRDefault="00551728" w:rsidP="00A572AC">
            <w:pPr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Adres e-mail</w:t>
            </w:r>
            <w:r w:rsidRPr="00836E25">
              <w:rPr>
                <w:i/>
                <w:color w:val="000000" w:themeColor="text1"/>
                <w:sz w:val="16"/>
                <w:szCs w:val="24"/>
                <w:lang w:val="pl-PL"/>
              </w:rPr>
              <w:t xml:space="preserve">  </w:t>
            </w:r>
          </w:p>
        </w:tc>
        <w:tc>
          <w:tcPr>
            <w:tcW w:w="4819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0A7D53" w14:textId="3476E4AA" w:rsidR="003C78DC" w:rsidRPr="00836E25" w:rsidRDefault="00551728">
            <w:pPr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Numer telefonu</w:t>
            </w:r>
            <w:r w:rsidRPr="00836E25">
              <w:rPr>
                <w:i/>
                <w:color w:val="000000" w:themeColor="text1"/>
                <w:sz w:val="16"/>
                <w:szCs w:val="24"/>
                <w:lang w:val="pl-PL"/>
              </w:rPr>
              <w:t xml:space="preserve">  </w:t>
            </w:r>
          </w:p>
          <w:p w14:paraId="3376A61B" w14:textId="77777777" w:rsidR="003C78DC" w:rsidRPr="00836E25" w:rsidRDefault="00551728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</w:p>
        </w:tc>
      </w:tr>
    </w:tbl>
    <w:p w14:paraId="4A5F771C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p w14:paraId="4B6947AF" w14:textId="77777777" w:rsidR="003C78DC" w:rsidRPr="00836E25" w:rsidRDefault="00551728">
      <w:pPr>
        <w:pStyle w:val="FiszkaSmall"/>
        <w:rPr>
          <w:color w:val="000000" w:themeColor="text1"/>
          <w:sz w:val="18"/>
          <w:szCs w:val="24"/>
          <w:lang w:val="pl-PL"/>
        </w:rPr>
      </w:pPr>
      <w:r w:rsidRPr="00836E25">
        <w:rPr>
          <w:color w:val="000000" w:themeColor="text1"/>
          <w:sz w:val="18"/>
          <w:szCs w:val="24"/>
          <w:lang w:val="pl-PL"/>
        </w:rPr>
        <w:t>Dane kontaktowe ułatwią doprecyzowanie zgłoszenia. Nie będą publikowane wraz z propozycją projektu.</w:t>
      </w:r>
    </w:p>
    <w:p w14:paraId="20EFEE9A" w14:textId="77777777" w:rsidR="003C78DC" w:rsidRPr="00836E25" w:rsidRDefault="00551728">
      <w:pPr>
        <w:pStyle w:val="FiszkaSection"/>
        <w:keepNext/>
        <w:rPr>
          <w:color w:val="000000" w:themeColor="text1"/>
          <w:sz w:val="24"/>
          <w:szCs w:val="24"/>
          <w:lang w:val="pl-PL"/>
        </w:rPr>
      </w:pPr>
      <w:r w:rsidRPr="00836E25">
        <w:rPr>
          <w:color w:val="000000" w:themeColor="text1"/>
          <w:sz w:val="24"/>
          <w:szCs w:val="24"/>
          <w:lang w:val="pl-PL"/>
        </w:rPr>
        <w:t>02   Podstawowe informacje o projekcie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836E25" w14:paraId="72610F77" w14:textId="77777777">
        <w:trPr>
          <w:cantSplit/>
          <w:trHeight w:val="346"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A13E3F" w14:textId="77777777" w:rsidR="003C78DC" w:rsidRPr="00836E25" w:rsidRDefault="00551728">
            <w:pPr>
              <w:spacing w:after="4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Proponowana nazwa projektu / przedsięwzięcia</w:t>
            </w:r>
          </w:p>
          <w:p w14:paraId="57DDC87C" w14:textId="77777777" w:rsidR="003C78DC" w:rsidRPr="00836E25" w:rsidRDefault="00551728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</w:p>
        </w:tc>
      </w:tr>
    </w:tbl>
    <w:p w14:paraId="109B40F1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1728CC" w14:paraId="05C07363" w14:textId="77777777">
        <w:trPr>
          <w:cantSplit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100" w:type="dxa"/>
              <w:left w:w="130" w:type="dxa"/>
              <w:bottom w:w="85" w:type="dxa"/>
              <w:right w:w="100" w:type="dxa"/>
            </w:tcMar>
          </w:tcPr>
          <w:p w14:paraId="2F172901" w14:textId="77777777" w:rsidR="003C78DC" w:rsidRPr="00836E25" w:rsidRDefault="00551728">
            <w:pPr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Rodzaj propozycji (można zaznaczyć więcej niż jedną)</w:t>
            </w:r>
          </w:p>
          <w:p w14:paraId="268CE1D5" w14:textId="77777777" w:rsidR="003C78DC" w:rsidRPr="00836E25" w:rsidRDefault="00E92501">
            <w:pPr>
              <w:pStyle w:val="FiszkaBody"/>
              <w:spacing w:after="20"/>
              <w:rPr>
                <w:color w:val="000000" w:themeColor="text1"/>
                <w:sz w:val="20"/>
                <w:szCs w:val="24"/>
                <w:lang w:val="pl-PL"/>
              </w:rPr>
            </w:pPr>
            <w:sdt>
              <w:sdtPr>
                <w:alias w:val="Pole wyboru 8"/>
                <w:tag w:val="checkbox_08"/>
                <w:id w:val="98800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inwestycja / infrastruktura       </w:t>
            </w:r>
            <w:sdt>
              <w:sdtPr>
                <w:alias w:val="Pole wyboru 9"/>
                <w:tag w:val="checkbox_09"/>
                <w:id w:val="98800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działanie społeczne / edukacyjne / organizacyjne       </w:t>
            </w:r>
            <w:sdt>
              <w:sdtPr>
                <w:alias w:val="Pole wyboru 10"/>
                <w:tag w:val="checkbox_10"/>
                <w:id w:val="98801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projekt mieszany</w:t>
            </w:r>
          </w:p>
        </w:tc>
      </w:tr>
    </w:tbl>
    <w:p w14:paraId="4317499F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246860" w:rsidRPr="001728CC" w14:paraId="170574EA" w14:textId="77777777">
        <w:trPr>
          <w:cantSplit/>
          <w:trHeight w:val="329"/>
        </w:trPr>
        <w:tc>
          <w:tcPr>
            <w:tcW w:w="4819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703C7D" w14:textId="10AB7F52" w:rsidR="003C78DC" w:rsidRPr="00836E25" w:rsidRDefault="001728CC">
            <w:pPr>
              <w:rPr>
                <w:color w:val="000000" w:themeColor="text1"/>
                <w:sz w:val="20"/>
                <w:szCs w:val="24"/>
                <w:lang w:val="pl-PL"/>
              </w:rPr>
            </w:pPr>
            <w:r>
              <w:rPr>
                <w:b/>
                <w:color w:val="000000" w:themeColor="text1"/>
                <w:sz w:val="20"/>
                <w:szCs w:val="24"/>
                <w:lang w:val="pl-PL"/>
              </w:rPr>
              <w:t>Lokalizacja / m</w:t>
            </w:r>
            <w:r w:rsidR="00551728"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iejscowość / miejscowości / sołectwo</w:t>
            </w:r>
            <w:r w:rsidR="00551728" w:rsidRPr="00836E25">
              <w:rPr>
                <w:i/>
                <w:color w:val="000000" w:themeColor="text1"/>
                <w:sz w:val="16"/>
                <w:szCs w:val="24"/>
                <w:lang w:val="pl-PL"/>
              </w:rPr>
              <w:t xml:space="preserve">  </w:t>
            </w:r>
          </w:p>
          <w:p w14:paraId="3FCD7E8C" w14:textId="77777777" w:rsidR="003C78DC" w:rsidRPr="00836E25" w:rsidRDefault="00551728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</w:p>
        </w:tc>
        <w:tc>
          <w:tcPr>
            <w:tcW w:w="4819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97C9381" w14:textId="52E284B7" w:rsidR="003C78DC" w:rsidRPr="00836E25" w:rsidRDefault="00551728">
            <w:pPr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Ulica, obiekt lub obszar</w:t>
            </w:r>
            <w:r w:rsidRPr="00836E25">
              <w:rPr>
                <w:i/>
                <w:color w:val="000000" w:themeColor="text1"/>
                <w:sz w:val="16"/>
                <w:szCs w:val="24"/>
                <w:lang w:val="pl-PL"/>
              </w:rPr>
              <w:t xml:space="preserve">  </w:t>
            </w:r>
            <w:r w:rsidR="00A572AC" w:rsidRPr="00836E25">
              <w:rPr>
                <w:i/>
                <w:color w:val="000000" w:themeColor="text1"/>
                <w:sz w:val="16"/>
                <w:szCs w:val="24"/>
                <w:lang w:val="pl-PL"/>
              </w:rPr>
              <w:t>(</w:t>
            </w:r>
            <w:r w:rsidRPr="00836E25">
              <w:rPr>
                <w:i/>
                <w:color w:val="000000" w:themeColor="text1"/>
                <w:sz w:val="16"/>
                <w:szCs w:val="24"/>
                <w:lang w:val="pl-PL"/>
              </w:rPr>
              <w:t>jeśli można określić</w:t>
            </w:r>
            <w:r w:rsidR="00A572AC" w:rsidRPr="00836E25">
              <w:rPr>
                <w:i/>
                <w:color w:val="000000" w:themeColor="text1"/>
                <w:sz w:val="16"/>
                <w:szCs w:val="24"/>
                <w:lang w:val="pl-PL"/>
              </w:rPr>
              <w:t>)</w:t>
            </w:r>
          </w:p>
          <w:p w14:paraId="4B33A31D" w14:textId="77777777" w:rsidR="003C78DC" w:rsidRPr="00836E25" w:rsidRDefault="00551728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</w:p>
        </w:tc>
      </w:tr>
    </w:tbl>
    <w:p w14:paraId="476305A1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836E25" w14:paraId="71E684E5" w14:textId="77777777">
        <w:trPr>
          <w:cantSplit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100" w:type="dxa"/>
              <w:left w:w="130" w:type="dxa"/>
              <w:bottom w:w="85" w:type="dxa"/>
              <w:right w:w="100" w:type="dxa"/>
            </w:tcMar>
          </w:tcPr>
          <w:p w14:paraId="3CDBDC69" w14:textId="77777777" w:rsidR="003C78DC" w:rsidRPr="00836E25" w:rsidRDefault="00551728">
            <w:pPr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lastRenderedPageBreak/>
              <w:t>Zasięg projektu</w:t>
            </w:r>
          </w:p>
          <w:p w14:paraId="55E6EF68" w14:textId="3B904E7D" w:rsidR="003C78DC" w:rsidRPr="00836E25" w:rsidRDefault="00E92501">
            <w:pPr>
              <w:pStyle w:val="FiszkaBody"/>
              <w:spacing w:after="20"/>
              <w:rPr>
                <w:color w:val="000000" w:themeColor="text1"/>
                <w:sz w:val="20"/>
                <w:szCs w:val="24"/>
                <w:lang w:val="pl-PL"/>
              </w:rPr>
            </w:pPr>
            <w:sdt>
              <w:sdtPr>
                <w:rPr>
                  <w:lang w:val="pl-PL"/>
                </w:rPr>
                <w:alias w:val="Pole wyboru 11"/>
                <w:tag w:val="checkbox_11"/>
                <w:id w:val="98801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54BD6" w:rsidRPr="001728CC">
                  <w:rPr>
                    <w:rFonts w:ascii="Segoe UI Symbol" w:hAnsi="Segoe UI Symbol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konkretne miejsce</w:t>
            </w:r>
            <w:r w:rsidR="001728CC">
              <w:rPr>
                <w:color w:val="000000" w:themeColor="text1"/>
                <w:sz w:val="20"/>
                <w:szCs w:val="24"/>
                <w:lang w:val="pl-PL"/>
              </w:rPr>
              <w:t>/działka</w:t>
            </w:r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     </w:t>
            </w:r>
            <w:sdt>
              <w:sdtPr>
                <w:rPr>
                  <w:lang w:val="pl-PL"/>
                </w:rPr>
                <w:alias w:val="Pole wyboru 12"/>
                <w:tag w:val="checkbox_12"/>
                <w:id w:val="98801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54BD6" w:rsidRPr="001728CC">
                  <w:rPr>
                    <w:rFonts w:ascii="Segoe UI Symbol" w:hAnsi="Segoe UI Symbol"/>
                    <w:lang w:val="pl-PL"/>
                  </w:rPr>
                  <w:t>☐</w:t>
                </w:r>
              </w:sdtContent>
            </w:sdt>
            <w:r w:rsidR="001728CC">
              <w:rPr>
                <w:color w:val="000000" w:themeColor="text1"/>
                <w:sz w:val="20"/>
                <w:szCs w:val="24"/>
                <w:lang w:val="pl-PL"/>
              </w:rPr>
              <w:t xml:space="preserve"> jedna miejscowość /</w:t>
            </w:r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sołectwo       </w:t>
            </w:r>
            <w:sdt>
              <w:sdtPr>
                <w:alias w:val="Pole wyboru 13"/>
                <w:tag w:val="checkbox_13"/>
                <w:id w:val="98801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kilka miejscowości       </w:t>
            </w:r>
            <w:sdt>
              <w:sdtPr>
                <w:alias w:val="Pole wyboru 14"/>
                <w:tag w:val="checkbox_14"/>
                <w:id w:val="98801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cała gmina</w:t>
            </w:r>
          </w:p>
          <w:p w14:paraId="61F90F36" w14:textId="77777777" w:rsidR="00A572AC" w:rsidRPr="00836E25" w:rsidRDefault="00A572AC">
            <w:pPr>
              <w:pStyle w:val="FiszkaBody"/>
              <w:spacing w:after="20"/>
              <w:rPr>
                <w:color w:val="000000" w:themeColor="text1"/>
                <w:sz w:val="20"/>
                <w:szCs w:val="24"/>
                <w:lang w:val="pl-PL"/>
              </w:rPr>
            </w:pPr>
          </w:p>
          <w:p w14:paraId="59A389B3" w14:textId="32EF2385" w:rsidR="00A572AC" w:rsidRPr="00836E25" w:rsidRDefault="00A572AC">
            <w:pPr>
              <w:pStyle w:val="FiszkaBody"/>
              <w:spacing w:after="2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>……………………………………………………</w:t>
            </w:r>
            <w:r w:rsidR="001728CC">
              <w:rPr>
                <w:color w:val="000000" w:themeColor="text1"/>
                <w:sz w:val="20"/>
                <w:szCs w:val="24"/>
                <w:lang w:val="pl-PL"/>
              </w:rPr>
              <w:t>………………………………………………………………………</w:t>
            </w:r>
          </w:p>
        </w:tc>
      </w:tr>
    </w:tbl>
    <w:p w14:paraId="36C52E29" w14:textId="77777777" w:rsidR="003C78DC" w:rsidRPr="00836E25" w:rsidRDefault="00551728">
      <w:pPr>
        <w:pStyle w:val="FiszkaSection"/>
        <w:keepNext/>
        <w:rPr>
          <w:color w:val="000000" w:themeColor="text1"/>
          <w:sz w:val="24"/>
          <w:szCs w:val="24"/>
          <w:lang w:val="pl-PL"/>
        </w:rPr>
      </w:pPr>
      <w:r w:rsidRPr="00836E25">
        <w:rPr>
          <w:color w:val="000000" w:themeColor="text1"/>
          <w:sz w:val="24"/>
          <w:szCs w:val="24"/>
          <w:lang w:val="pl-PL"/>
        </w:rPr>
        <w:t>03   Opis i uzasadnienie projektu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1728CC" w14:paraId="6C5E9ED3" w14:textId="77777777">
        <w:trPr>
          <w:cantSplit/>
          <w:trHeight w:val="641"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889916" w14:textId="0D17972C" w:rsidR="003C78DC" w:rsidRPr="00836E25" w:rsidRDefault="00551728">
            <w:pPr>
              <w:spacing w:after="4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Jaki problem, potrzeba</w:t>
            </w:r>
            <w:r w:rsidR="00A572AC"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, silna strona</w:t>
            </w: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 xml:space="preserve"> lub szansa uzasadnia realizację projektu</w:t>
            </w:r>
            <w:r w:rsidR="001728CC">
              <w:rPr>
                <w:b/>
                <w:color w:val="000000" w:themeColor="text1"/>
                <w:sz w:val="20"/>
                <w:szCs w:val="24"/>
                <w:lang w:val="pl-PL"/>
              </w:rPr>
              <w:t>/przedsiewzięcia</w:t>
            </w: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?</w:t>
            </w:r>
            <w:r w:rsidRPr="00836E25">
              <w:rPr>
                <w:i/>
                <w:color w:val="000000" w:themeColor="text1"/>
                <w:szCs w:val="24"/>
                <w:lang w:val="pl-PL"/>
              </w:rPr>
              <w:t xml:space="preserve">  </w:t>
            </w:r>
          </w:p>
          <w:p w14:paraId="487DD466" w14:textId="77777777" w:rsidR="003C78DC" w:rsidRPr="00836E25" w:rsidRDefault="00551728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</w:p>
          <w:p w14:paraId="2465B1B1" w14:textId="180EEAAA" w:rsidR="00CF6783" w:rsidRPr="00836E25" w:rsidRDefault="001728CC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>
              <w:rPr>
                <w:color w:val="000000" w:themeColor="text1"/>
                <w:sz w:val="20"/>
                <w:szCs w:val="24"/>
                <w:lang w:val="pl-PL"/>
              </w:rPr>
              <w:t>………………………………………………………………………………………………………………………..</w:t>
            </w:r>
          </w:p>
        </w:tc>
      </w:tr>
    </w:tbl>
    <w:p w14:paraId="05000875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1728CC" w14:paraId="440EDFA7" w14:textId="77777777">
        <w:trPr>
          <w:cantSplit/>
          <w:trHeight w:val="527"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D511118" w14:textId="0F5E6E78" w:rsidR="003C78DC" w:rsidRPr="00836E25" w:rsidRDefault="00551728">
            <w:pPr>
              <w:spacing w:after="40"/>
              <w:rPr>
                <w:i/>
                <w:color w:val="000000" w:themeColor="text1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Jaki jest główny cel przedsięwzięcia?</w:t>
            </w:r>
            <w:r w:rsidRPr="00836E25">
              <w:rPr>
                <w:i/>
                <w:color w:val="000000" w:themeColor="text1"/>
                <w:szCs w:val="24"/>
                <w:lang w:val="pl-PL"/>
              </w:rPr>
              <w:t xml:space="preserve">  </w:t>
            </w:r>
          </w:p>
          <w:p w14:paraId="602A16F2" w14:textId="77777777" w:rsidR="00A572AC" w:rsidRPr="00836E25" w:rsidRDefault="00A572AC">
            <w:pPr>
              <w:spacing w:after="40"/>
              <w:rPr>
                <w:color w:val="000000" w:themeColor="text1"/>
                <w:sz w:val="20"/>
                <w:szCs w:val="24"/>
                <w:lang w:val="pl-PL"/>
              </w:rPr>
            </w:pPr>
          </w:p>
          <w:p w14:paraId="5A09C672" w14:textId="0F4D2CFD" w:rsidR="00CF6783" w:rsidRPr="00836E25" w:rsidRDefault="00551728" w:rsidP="00836E25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  <w:r w:rsidR="001728CC">
              <w:rPr>
                <w:color w:val="000000" w:themeColor="text1"/>
                <w:sz w:val="20"/>
                <w:szCs w:val="24"/>
                <w:lang w:val="pl-PL"/>
              </w:rPr>
              <w:t>………………………………………………………………………………………………………………………..</w:t>
            </w:r>
          </w:p>
        </w:tc>
      </w:tr>
    </w:tbl>
    <w:p w14:paraId="09A6D426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1728CC" w14:paraId="60370392" w14:textId="77777777">
        <w:trPr>
          <w:cantSplit/>
          <w:trHeight w:val="794"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0257E69" w14:textId="5316DE32" w:rsidR="003C78DC" w:rsidRPr="00836E25" w:rsidRDefault="001751C9">
            <w:pPr>
              <w:spacing w:after="40"/>
              <w:rPr>
                <w:bCs/>
                <w:i/>
                <w:iCs/>
                <w:color w:val="000000" w:themeColor="text1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 xml:space="preserve">Krótki opis projektu. </w:t>
            </w:r>
            <w:r w:rsidRPr="00836E25">
              <w:rPr>
                <w:bCs/>
                <w:i/>
                <w:iCs/>
                <w:color w:val="000000" w:themeColor="text1"/>
                <w:lang w:val="pl-PL"/>
              </w:rPr>
              <w:t>Co powinno zostać zr</w:t>
            </w:r>
            <w:r w:rsidR="00A572AC" w:rsidRPr="00836E25">
              <w:rPr>
                <w:bCs/>
                <w:i/>
                <w:iCs/>
                <w:color w:val="000000" w:themeColor="text1"/>
                <w:lang w:val="pl-PL"/>
              </w:rPr>
              <w:t>ealizowane w ramach projektu</w:t>
            </w:r>
            <w:r w:rsidRPr="00836E25">
              <w:rPr>
                <w:bCs/>
                <w:i/>
                <w:iCs/>
                <w:color w:val="000000" w:themeColor="text1"/>
                <w:lang w:val="pl-PL"/>
              </w:rPr>
              <w:t>?</w:t>
            </w:r>
            <w:r w:rsidRPr="00836E25">
              <w:rPr>
                <w:bCs/>
                <w:i/>
                <w:iCs/>
                <w:color w:val="000000" w:themeColor="text1"/>
                <w:sz w:val="16"/>
                <w:lang w:val="pl-PL"/>
              </w:rPr>
              <w:t xml:space="preserve">  </w:t>
            </w:r>
          </w:p>
          <w:p w14:paraId="206155D5" w14:textId="77777777" w:rsidR="003C78DC" w:rsidRPr="00836E25" w:rsidRDefault="00551728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</w:p>
          <w:p w14:paraId="196F5C5C" w14:textId="1EC3A65A" w:rsidR="00CF6783" w:rsidRPr="00836E25" w:rsidRDefault="001728CC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>
              <w:rPr>
                <w:color w:val="000000" w:themeColor="text1"/>
                <w:sz w:val="20"/>
                <w:szCs w:val="24"/>
                <w:lang w:val="pl-PL"/>
              </w:rPr>
              <w:t>………………………………………………………………………………………………………………………..</w:t>
            </w:r>
          </w:p>
        </w:tc>
      </w:tr>
    </w:tbl>
    <w:p w14:paraId="3990E330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1728CC" w14:paraId="1C487BD6" w14:textId="77777777">
        <w:trPr>
          <w:cantSplit/>
          <w:trHeight w:val="522"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68788A" w14:textId="77777777" w:rsidR="003C78DC" w:rsidRPr="00836E25" w:rsidRDefault="00551728">
            <w:pPr>
              <w:spacing w:after="4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Kto będzie korzystał z projektu?</w:t>
            </w:r>
            <w:r w:rsidRPr="00836E25">
              <w:rPr>
                <w:i/>
                <w:color w:val="000000" w:themeColor="text1"/>
                <w:szCs w:val="24"/>
                <w:lang w:val="pl-PL"/>
              </w:rPr>
              <w:t xml:space="preserve">  Np. wszyscy mieszkańcy, dzieci, młodzież, seniorzy, przedsiębiorcy, osoby z niepełnosprawnościami.</w:t>
            </w:r>
          </w:p>
          <w:p w14:paraId="70E50046" w14:textId="5F1A0A83" w:rsidR="00CF6783" w:rsidRPr="00836E25" w:rsidRDefault="00551728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  <w:r w:rsidR="001728CC">
              <w:rPr>
                <w:color w:val="000000" w:themeColor="text1"/>
                <w:sz w:val="20"/>
                <w:szCs w:val="24"/>
                <w:lang w:val="pl-PL"/>
              </w:rPr>
              <w:t>………………………………………………………………………………………………………………………….</w:t>
            </w:r>
          </w:p>
        </w:tc>
      </w:tr>
    </w:tbl>
    <w:p w14:paraId="1EC6BD91" w14:textId="77777777" w:rsidR="003C78DC" w:rsidRPr="00836E25" w:rsidRDefault="00551728">
      <w:pPr>
        <w:pStyle w:val="FiszkaSection"/>
        <w:keepNext/>
        <w:rPr>
          <w:color w:val="000000" w:themeColor="text1"/>
          <w:sz w:val="24"/>
          <w:szCs w:val="24"/>
          <w:lang w:val="pl-PL"/>
        </w:rPr>
      </w:pPr>
      <w:r w:rsidRPr="00836E25">
        <w:rPr>
          <w:color w:val="000000" w:themeColor="text1"/>
          <w:sz w:val="24"/>
          <w:szCs w:val="24"/>
          <w:lang w:val="pl-PL"/>
        </w:rPr>
        <w:t>04   Przewidywane efekty i rezultaty</w:t>
      </w:r>
    </w:p>
    <w:p w14:paraId="496324CA" w14:textId="0E756DD4" w:rsidR="003C78DC" w:rsidRPr="00836E25" w:rsidRDefault="00551728">
      <w:pPr>
        <w:pStyle w:val="FiszkaSmall"/>
        <w:rPr>
          <w:color w:val="000000" w:themeColor="text1"/>
          <w:sz w:val="18"/>
          <w:szCs w:val="24"/>
          <w:lang w:val="pl-PL"/>
        </w:rPr>
      </w:pPr>
      <w:r w:rsidRPr="00836E25">
        <w:rPr>
          <w:color w:val="000000" w:themeColor="text1"/>
          <w:sz w:val="18"/>
          <w:szCs w:val="24"/>
          <w:lang w:val="pl-PL"/>
        </w:rPr>
        <w:t xml:space="preserve">Wskaż najważniejsze zmiany, jakie projekt przyniesie mieszkańcom lub gminie. Wystarczą </w:t>
      </w:r>
      <w:r w:rsidR="00A572AC" w:rsidRPr="00836E25">
        <w:rPr>
          <w:color w:val="000000" w:themeColor="text1"/>
          <w:sz w:val="18"/>
          <w:szCs w:val="24"/>
          <w:lang w:val="pl-PL"/>
        </w:rPr>
        <w:t>1</w:t>
      </w:r>
      <w:r w:rsidRPr="00836E25">
        <w:rPr>
          <w:color w:val="000000" w:themeColor="text1"/>
          <w:sz w:val="18"/>
          <w:szCs w:val="24"/>
          <w:lang w:val="pl-PL"/>
        </w:rPr>
        <w:t>–</w:t>
      </w:r>
      <w:r w:rsidR="00A572AC" w:rsidRPr="00836E25">
        <w:rPr>
          <w:color w:val="000000" w:themeColor="text1"/>
          <w:sz w:val="18"/>
          <w:szCs w:val="24"/>
          <w:lang w:val="pl-PL"/>
        </w:rPr>
        <w:t>2</w:t>
      </w:r>
      <w:r w:rsidRPr="00836E25">
        <w:rPr>
          <w:color w:val="000000" w:themeColor="text1"/>
          <w:sz w:val="18"/>
          <w:szCs w:val="24"/>
          <w:lang w:val="pl-PL"/>
        </w:rPr>
        <w:t xml:space="preserve"> rezultaty.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836E25" w14:paraId="70992C56" w14:textId="77777777">
        <w:trPr>
          <w:cantSplit/>
          <w:trHeight w:val="652"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872D4D" w14:textId="77777777" w:rsidR="003C78DC" w:rsidRPr="00836E25" w:rsidRDefault="00551728">
            <w:pPr>
              <w:spacing w:after="4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Efekt / rezultat 1</w:t>
            </w:r>
          </w:p>
          <w:p w14:paraId="0BE1CD99" w14:textId="4B18A1B0" w:rsidR="003C78DC" w:rsidRPr="00836E25" w:rsidRDefault="00551728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  <w:r w:rsidR="001728CC">
              <w:rPr>
                <w:color w:val="000000" w:themeColor="text1"/>
                <w:sz w:val="20"/>
                <w:szCs w:val="24"/>
                <w:lang w:val="pl-PL"/>
              </w:rPr>
              <w:t>………………………………………………………………………………………………………………………..</w:t>
            </w:r>
          </w:p>
        </w:tc>
      </w:tr>
    </w:tbl>
    <w:p w14:paraId="3F46E391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836E25" w14:paraId="0608B7C4" w14:textId="77777777">
        <w:trPr>
          <w:cantSplit/>
          <w:trHeight w:val="652"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950320" w14:textId="7755862F" w:rsidR="003C78DC" w:rsidRPr="00836E25" w:rsidRDefault="00551728">
            <w:pPr>
              <w:spacing w:after="4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Efekt / rezultat 2</w:t>
            </w:r>
            <w:r w:rsidR="00A572AC"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 xml:space="preserve"> </w:t>
            </w:r>
            <w:r w:rsidR="00A572AC" w:rsidRPr="00836E25">
              <w:rPr>
                <w:i/>
                <w:color w:val="000000" w:themeColor="text1"/>
                <w:szCs w:val="24"/>
                <w:lang w:val="pl-PL"/>
              </w:rPr>
              <w:t>opcjonalnie</w:t>
            </w:r>
          </w:p>
          <w:p w14:paraId="78A5A71B" w14:textId="114CE85D" w:rsidR="003C78DC" w:rsidRPr="00836E25" w:rsidRDefault="00551728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  <w:r w:rsidR="001728CC">
              <w:rPr>
                <w:color w:val="000000" w:themeColor="text1"/>
                <w:sz w:val="20"/>
                <w:szCs w:val="24"/>
                <w:lang w:val="pl-PL"/>
              </w:rPr>
              <w:t>………………………………………………………………………………………………………………………..</w:t>
            </w:r>
          </w:p>
        </w:tc>
      </w:tr>
    </w:tbl>
    <w:p w14:paraId="177E7E8C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p w14:paraId="4D6365CC" w14:textId="77777777" w:rsidR="003C78DC" w:rsidRPr="00836E25" w:rsidRDefault="00551728">
      <w:pPr>
        <w:pStyle w:val="FiszkaSection"/>
        <w:keepNext/>
        <w:rPr>
          <w:color w:val="000000" w:themeColor="text1"/>
          <w:sz w:val="24"/>
          <w:szCs w:val="24"/>
          <w:lang w:val="pl-PL"/>
        </w:rPr>
      </w:pPr>
      <w:r w:rsidRPr="00836E25">
        <w:rPr>
          <w:color w:val="000000" w:themeColor="text1"/>
          <w:sz w:val="24"/>
          <w:szCs w:val="24"/>
          <w:lang w:val="pl-PL"/>
        </w:rPr>
        <w:t>05   Obszary, na które wpłynie projekt</w:t>
      </w:r>
    </w:p>
    <w:p w14:paraId="79451B4C" w14:textId="77777777" w:rsidR="003C78DC" w:rsidRPr="00836E25" w:rsidRDefault="00551728">
      <w:pPr>
        <w:pStyle w:val="FiszkaSmall"/>
        <w:rPr>
          <w:color w:val="000000" w:themeColor="text1"/>
          <w:sz w:val="18"/>
          <w:szCs w:val="24"/>
          <w:lang w:val="pl-PL"/>
        </w:rPr>
      </w:pPr>
      <w:r w:rsidRPr="00836E25">
        <w:rPr>
          <w:color w:val="000000" w:themeColor="text1"/>
          <w:sz w:val="18"/>
          <w:szCs w:val="24"/>
          <w:lang w:val="pl-PL"/>
        </w:rPr>
        <w:t>Zaznacz wszystkie pasujące obszary. Pomogą przypisać propozycję do odpowiednich celów i kierunków działań strategii.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1728CC" w14:paraId="372182AC" w14:textId="77777777">
        <w:trPr>
          <w:cantSplit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100" w:type="dxa"/>
              <w:left w:w="130" w:type="dxa"/>
              <w:bottom w:w="85" w:type="dxa"/>
              <w:right w:w="100" w:type="dxa"/>
            </w:tcMar>
          </w:tcPr>
          <w:p w14:paraId="6B352ACB" w14:textId="77777777" w:rsidR="003C78DC" w:rsidRPr="00836E25" w:rsidRDefault="00551728">
            <w:pPr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Wymiary rozwoju gminy</w:t>
            </w:r>
          </w:p>
          <w:p w14:paraId="71B79512" w14:textId="77777777" w:rsidR="003C78DC" w:rsidRPr="00836E25" w:rsidRDefault="00E92501">
            <w:pPr>
              <w:pStyle w:val="FiszkaBody"/>
              <w:spacing w:after="20"/>
              <w:rPr>
                <w:color w:val="000000" w:themeColor="text1"/>
                <w:sz w:val="20"/>
                <w:szCs w:val="24"/>
                <w:lang w:val="pl-PL"/>
              </w:rPr>
            </w:pPr>
            <w:sdt>
              <w:sdtPr>
                <w:alias w:val="Pole wyboru 15"/>
                <w:tag w:val="checkbox_15"/>
                <w:id w:val="98801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społeczny  (edukacja, kultura, zdrowie, bezpieczeństwo, integracja, usługi)</w:t>
            </w:r>
          </w:p>
          <w:p w14:paraId="2ADEBFF6" w14:textId="77777777" w:rsidR="003C78DC" w:rsidRPr="00836E25" w:rsidRDefault="00E92501">
            <w:pPr>
              <w:pStyle w:val="FiszkaBody"/>
              <w:spacing w:after="20"/>
              <w:rPr>
                <w:color w:val="000000" w:themeColor="text1"/>
                <w:sz w:val="20"/>
                <w:szCs w:val="24"/>
                <w:lang w:val="pl-PL"/>
              </w:rPr>
            </w:pPr>
            <w:sdt>
              <w:sdtPr>
                <w:alias w:val="Pole wyboru 16"/>
                <w:tag w:val="checkbox_16"/>
                <w:id w:val="98801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gospodarczy  (przedsiębiorczość, miejsca pracy, rolnictwo, turystyka)</w:t>
            </w:r>
          </w:p>
          <w:p w14:paraId="3E7713EA" w14:textId="77777777" w:rsidR="003C78DC" w:rsidRPr="00836E25" w:rsidRDefault="00E92501">
            <w:pPr>
              <w:pStyle w:val="FiszkaBody"/>
              <w:spacing w:after="20"/>
              <w:rPr>
                <w:color w:val="000000" w:themeColor="text1"/>
                <w:sz w:val="20"/>
                <w:szCs w:val="24"/>
                <w:lang w:val="pl-PL"/>
              </w:rPr>
            </w:pPr>
            <w:sdt>
              <w:sdtPr>
                <w:alias w:val="Pole wyboru 17"/>
                <w:tag w:val="checkbox_17"/>
                <w:id w:val="98801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przestrzenny  (drogi, transport, zabudowa, przestrzenie publiczne, infrastruktura)</w:t>
            </w:r>
          </w:p>
          <w:p w14:paraId="7943BFC9" w14:textId="77777777" w:rsidR="003C78DC" w:rsidRPr="00836E25" w:rsidRDefault="00E92501">
            <w:pPr>
              <w:pStyle w:val="FiszkaBody"/>
              <w:spacing w:after="20"/>
              <w:rPr>
                <w:color w:val="000000" w:themeColor="text1"/>
                <w:sz w:val="20"/>
                <w:szCs w:val="24"/>
                <w:lang w:val="pl-PL"/>
              </w:rPr>
            </w:pPr>
            <w:sdt>
              <w:sdtPr>
                <w:alias w:val="Pole wyboru 18"/>
                <w:tag w:val="checkbox_18"/>
                <w:id w:val="98801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klimatyczno-środowiskowy  (przyroda, wody, energia, powietrze, adaptacja do zmian klimatu)</w:t>
            </w:r>
          </w:p>
        </w:tc>
      </w:tr>
    </w:tbl>
    <w:p w14:paraId="31D240C7" w14:textId="5FBDA1BF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1728CC" w14:paraId="67E5B1BA" w14:textId="77777777">
        <w:trPr>
          <w:cantSplit/>
          <w:trHeight w:val="374"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0BD1FB" w14:textId="407F1848" w:rsidR="003C78DC" w:rsidRPr="00836E25" w:rsidRDefault="00551728">
            <w:pPr>
              <w:spacing w:after="4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Dodatkowe informacje o lokalizacji / terenie</w:t>
            </w:r>
            <w:r w:rsidRPr="00836E25">
              <w:rPr>
                <w:i/>
                <w:color w:val="000000" w:themeColor="text1"/>
                <w:szCs w:val="24"/>
                <w:lang w:val="pl-PL"/>
              </w:rPr>
              <w:t xml:space="preserve">  </w:t>
            </w:r>
            <w:r w:rsidR="001751C9" w:rsidRPr="00836E25">
              <w:rPr>
                <w:i/>
                <w:color w:val="000000" w:themeColor="text1"/>
                <w:szCs w:val="24"/>
                <w:lang w:val="pl-PL"/>
              </w:rPr>
              <w:t>jeśli dotyczy</w:t>
            </w:r>
          </w:p>
          <w:p w14:paraId="62837328" w14:textId="0406207F" w:rsidR="00CF6783" w:rsidRPr="00836E25" w:rsidRDefault="00551728" w:rsidP="00836E25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</w:p>
        </w:tc>
      </w:tr>
    </w:tbl>
    <w:p w14:paraId="3C0C28AD" w14:textId="77777777" w:rsidR="003C78DC" w:rsidRPr="00836E25" w:rsidRDefault="00551728">
      <w:pPr>
        <w:pStyle w:val="FiszkaSection"/>
        <w:keepNext/>
        <w:rPr>
          <w:color w:val="000000" w:themeColor="text1"/>
          <w:sz w:val="24"/>
          <w:szCs w:val="24"/>
          <w:lang w:val="pl-PL"/>
        </w:rPr>
      </w:pPr>
      <w:r w:rsidRPr="00836E25">
        <w:rPr>
          <w:color w:val="000000" w:themeColor="text1"/>
          <w:sz w:val="24"/>
          <w:szCs w:val="24"/>
          <w:lang w:val="pl-PL"/>
        </w:rPr>
        <w:lastRenderedPageBreak/>
        <w:t>06   Planowanie i realizacja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CF6783" w:rsidRPr="00836E25" w14:paraId="05B6BE1A" w14:textId="77777777" w:rsidTr="004E4359">
        <w:trPr>
          <w:cantSplit/>
          <w:trHeight w:val="351"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2CF039" w14:textId="77777777" w:rsidR="00CF6783" w:rsidRPr="00836E25" w:rsidRDefault="00CF6783">
            <w:pPr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Przewidywany okres realizacji</w:t>
            </w:r>
            <w:r w:rsidRPr="00836E25">
              <w:rPr>
                <w:i/>
                <w:color w:val="000000" w:themeColor="text1"/>
                <w:sz w:val="16"/>
                <w:szCs w:val="24"/>
                <w:lang w:val="pl-PL"/>
              </w:rPr>
              <w:t xml:space="preserve">  </w:t>
            </w:r>
          </w:p>
          <w:p w14:paraId="348C4EC5" w14:textId="2AADDDDB" w:rsidR="00CF6783" w:rsidRPr="00836E25" w:rsidRDefault="00CF6783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</w:p>
        </w:tc>
      </w:tr>
    </w:tbl>
    <w:p w14:paraId="4EA79973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1728CC" w14:paraId="6F5CD768" w14:textId="77777777">
        <w:trPr>
          <w:cantSplit/>
          <w:trHeight w:val="340"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B6BEDA" w14:textId="77777777" w:rsidR="003C78DC" w:rsidRPr="00836E25" w:rsidRDefault="00551728">
            <w:pPr>
              <w:spacing w:after="4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Kto mógłby zrealizować projekt?</w:t>
            </w:r>
            <w:r w:rsidRPr="00836E25">
              <w:rPr>
                <w:i/>
                <w:color w:val="000000" w:themeColor="text1"/>
                <w:szCs w:val="24"/>
                <w:lang w:val="pl-PL"/>
              </w:rPr>
              <w:t xml:space="preserve">  np. gmina, jej jednostka, NGO, przedsiębiorca, partnerstwo – jeśli wiadomo</w:t>
            </w:r>
          </w:p>
          <w:p w14:paraId="13C45E28" w14:textId="77777777" w:rsidR="003C78DC" w:rsidRPr="00836E25" w:rsidRDefault="00551728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</w:p>
        </w:tc>
      </w:tr>
    </w:tbl>
    <w:p w14:paraId="57C0976F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836E25" w14:paraId="3ECF8F29" w14:textId="77777777">
        <w:trPr>
          <w:cantSplit/>
          <w:trHeight w:val="340"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27E5179" w14:textId="77777777" w:rsidR="003C78DC" w:rsidRPr="00836E25" w:rsidRDefault="00551728">
            <w:pPr>
              <w:spacing w:after="4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Potencjalni partnerzy</w:t>
            </w:r>
            <w:r w:rsidRPr="00836E25">
              <w:rPr>
                <w:i/>
                <w:color w:val="000000" w:themeColor="text1"/>
                <w:szCs w:val="24"/>
                <w:lang w:val="pl-PL"/>
              </w:rPr>
              <w:t xml:space="preserve">  jeśli dotyczy</w:t>
            </w:r>
          </w:p>
          <w:p w14:paraId="130841C3" w14:textId="77777777" w:rsidR="003C78DC" w:rsidRPr="00836E25" w:rsidRDefault="00551728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</w:p>
        </w:tc>
      </w:tr>
    </w:tbl>
    <w:p w14:paraId="010B6DF3" w14:textId="77777777" w:rsidR="003C78DC" w:rsidRPr="00836E25" w:rsidRDefault="00551728">
      <w:pPr>
        <w:pStyle w:val="FiszkaSection"/>
        <w:keepNext/>
        <w:rPr>
          <w:color w:val="000000" w:themeColor="text1"/>
          <w:sz w:val="24"/>
          <w:szCs w:val="24"/>
          <w:lang w:val="pl-PL"/>
        </w:rPr>
      </w:pPr>
      <w:r w:rsidRPr="00836E25">
        <w:rPr>
          <w:color w:val="000000" w:themeColor="text1"/>
          <w:sz w:val="24"/>
          <w:szCs w:val="24"/>
          <w:lang w:val="pl-PL"/>
        </w:rPr>
        <w:t>07   Wstępny koszt i możliwe źródła finansowania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1728CC" w14:paraId="52CA0950" w14:textId="77777777">
        <w:trPr>
          <w:cantSplit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100" w:type="dxa"/>
              <w:left w:w="130" w:type="dxa"/>
              <w:bottom w:w="85" w:type="dxa"/>
              <w:right w:w="100" w:type="dxa"/>
            </w:tcMar>
          </w:tcPr>
          <w:p w14:paraId="2E85A200" w14:textId="77777777" w:rsidR="003C78DC" w:rsidRPr="00836E25" w:rsidRDefault="00551728">
            <w:pPr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Szacunkowy koszt całego przedsięwzięcia (orientacyjnie)</w:t>
            </w:r>
          </w:p>
          <w:p w14:paraId="57A49F9C" w14:textId="21BE5118" w:rsidR="003C78DC" w:rsidRPr="00836E25" w:rsidRDefault="00E92501">
            <w:pPr>
              <w:pStyle w:val="FiszkaBody"/>
              <w:spacing w:after="20"/>
              <w:rPr>
                <w:color w:val="000000" w:themeColor="text1"/>
                <w:sz w:val="20"/>
                <w:szCs w:val="24"/>
                <w:lang w:val="pl-PL"/>
              </w:rPr>
            </w:pPr>
            <w:sdt>
              <w:sdtPr>
                <w:alias w:val="Pole wyboru 19"/>
                <w:tag w:val="checkbox_19"/>
                <w:id w:val="98801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do 100 tys. zł     </w:t>
            </w:r>
            <w:sdt>
              <w:sdtPr>
                <w:alias w:val="Pole wyboru 20"/>
                <w:tag w:val="checkbox_20"/>
                <w:id w:val="98802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100–500 tys. zł     </w:t>
            </w:r>
            <w:sdt>
              <w:sdtPr>
                <w:alias w:val="Pole wyboru 21"/>
                <w:tag w:val="checkbox_21"/>
                <w:id w:val="98802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0,5–2 mln zł     </w:t>
            </w:r>
            <w:sdt>
              <w:sdtPr>
                <w:alias w:val="Pole wyboru 22"/>
                <w:tag w:val="checkbox_22"/>
                <w:id w:val="98802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2–</w:t>
            </w:r>
            <w:r w:rsidR="00CF6783" w:rsidRPr="00836E25">
              <w:rPr>
                <w:color w:val="000000" w:themeColor="text1"/>
                <w:sz w:val="20"/>
                <w:szCs w:val="24"/>
                <w:lang w:val="pl-PL"/>
              </w:rPr>
              <w:t>5</w:t>
            </w:r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mln zł     </w:t>
            </w:r>
            <w:sdt>
              <w:sdtPr>
                <w:alias w:val="Pole wyboru 23"/>
                <w:tag w:val="checkbox_23"/>
                <w:id w:val="98802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  <w:r w:rsidR="00CF6783" w:rsidRPr="00836E25">
              <w:rPr>
                <w:color w:val="000000" w:themeColor="text1"/>
                <w:sz w:val="20"/>
                <w:szCs w:val="24"/>
                <w:lang w:val="pl-PL"/>
              </w:rPr>
              <w:t>5-</w:t>
            </w:r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>10 mln zł</w:t>
            </w:r>
            <w:r w:rsidR="00CF6783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      </w:t>
            </w:r>
            <w:sdt>
              <w:sdtPr>
                <w:alias w:val="Pole wyboru 24"/>
                <w:tag w:val="checkbox_24"/>
                <w:id w:val="98802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CF6783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CF6783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powyżej 10 mln zł</w:t>
            </w:r>
          </w:p>
          <w:p w14:paraId="618BFF32" w14:textId="77777777" w:rsidR="003C78DC" w:rsidRPr="00836E25" w:rsidRDefault="00E92501">
            <w:pPr>
              <w:pStyle w:val="FiszkaBody"/>
              <w:spacing w:after="20"/>
              <w:rPr>
                <w:color w:val="000000" w:themeColor="text1"/>
                <w:sz w:val="20"/>
                <w:szCs w:val="24"/>
                <w:lang w:val="pl-PL"/>
              </w:rPr>
            </w:pPr>
            <w:sdt>
              <w:sdtPr>
                <w:alias w:val="Pole wyboru 25"/>
                <w:tag w:val="checkbox_25"/>
                <w:id w:val="98802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nie wiem        Dokładniejsza kwota (jeśli znana): ............................................................... zł</w:t>
            </w:r>
          </w:p>
        </w:tc>
      </w:tr>
    </w:tbl>
    <w:p w14:paraId="2BD42E56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836E25" w14:paraId="36A7FC10" w14:textId="77777777">
        <w:trPr>
          <w:cantSplit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100" w:type="dxa"/>
              <w:left w:w="130" w:type="dxa"/>
              <w:bottom w:w="85" w:type="dxa"/>
              <w:right w:w="100" w:type="dxa"/>
            </w:tcMar>
          </w:tcPr>
          <w:p w14:paraId="06025EC8" w14:textId="77777777" w:rsidR="003C78DC" w:rsidRPr="00836E25" w:rsidRDefault="00551728">
            <w:pPr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Możliwe źródła finansowania (jeśli wiadomo)</w:t>
            </w:r>
          </w:p>
          <w:p w14:paraId="23FAC15A" w14:textId="77777777" w:rsidR="003C78DC" w:rsidRPr="00836E25" w:rsidRDefault="00E92501">
            <w:pPr>
              <w:pStyle w:val="FiszkaBody"/>
              <w:spacing w:after="20"/>
              <w:rPr>
                <w:color w:val="000000" w:themeColor="text1"/>
                <w:sz w:val="20"/>
                <w:szCs w:val="24"/>
                <w:lang w:val="pl-PL"/>
              </w:rPr>
            </w:pPr>
            <w:sdt>
              <w:sdtPr>
                <w:alias w:val="Pole wyboru 26"/>
                <w:tag w:val="checkbox_26"/>
                <w:id w:val="98802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budżet gminy    </w:t>
            </w:r>
            <w:sdt>
              <w:sdtPr>
                <w:alias w:val="Pole wyboru 27"/>
                <w:tag w:val="checkbox_27"/>
                <w:id w:val="98802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środki UE    </w:t>
            </w:r>
            <w:sdt>
              <w:sdtPr>
                <w:alias w:val="Pole wyboru 28"/>
                <w:tag w:val="checkbox_28"/>
                <w:id w:val="98802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dotacje krajowe    </w:t>
            </w:r>
            <w:sdt>
              <w:sdtPr>
                <w:alias w:val="Pole wyboru 29"/>
                <w:tag w:val="checkbox_29"/>
                <w:id w:val="98802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środki prywatne / NGO</w:t>
            </w:r>
          </w:p>
          <w:p w14:paraId="65D850FE" w14:textId="77777777" w:rsidR="003C78DC" w:rsidRPr="00836E25" w:rsidRDefault="00E92501">
            <w:pPr>
              <w:pStyle w:val="FiszkaBody"/>
              <w:spacing w:after="20"/>
              <w:rPr>
                <w:color w:val="000000" w:themeColor="text1"/>
                <w:sz w:val="20"/>
                <w:szCs w:val="24"/>
                <w:lang w:val="pl-PL"/>
              </w:rPr>
            </w:pPr>
            <w:sdt>
              <w:sdtPr>
                <w:alias w:val="Pole wyboru 30"/>
                <w:tag w:val="checkbox_30"/>
                <w:id w:val="98803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inne: ......................................................     </w:t>
            </w:r>
            <w:sdt>
              <w:sdtPr>
                <w:alias w:val="Pole wyboru 31"/>
                <w:tag w:val="checkbox_31"/>
                <w:id w:val="98803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551728" w:rsidRPr="00836E25">
                  <w:rPr>
                    <w:color w:val="000000" w:themeColor="text1"/>
                    <w:sz w:val="20"/>
                    <w:szCs w:val="24"/>
                    <w:lang w:val="pl-PL"/>
                  </w:rPr>
                  <w:t>☐</w:t>
                </w:r>
              </w:sdtContent>
            </w:sdt>
            <w:r w:rsidR="00551728"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jeszcze nie określono</w:t>
            </w:r>
          </w:p>
        </w:tc>
      </w:tr>
    </w:tbl>
    <w:p w14:paraId="657DB8D8" w14:textId="77777777" w:rsidR="003C78DC" w:rsidRPr="00836E25" w:rsidRDefault="00551728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  <w:r w:rsidRPr="00836E25">
        <w:rPr>
          <w:color w:val="000000" w:themeColor="text1"/>
          <w:sz w:val="7"/>
          <w:szCs w:val="24"/>
          <w:lang w:val="pl-PL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46860" w:rsidRPr="00836E25" w14:paraId="0B8F0AF9" w14:textId="77777777">
        <w:trPr>
          <w:cantSplit/>
          <w:trHeight w:val="369"/>
        </w:trPr>
        <w:tc>
          <w:tcPr>
            <w:tcW w:w="9638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2917CD" w14:textId="4C48856A" w:rsidR="003C78DC" w:rsidRPr="00836E25" w:rsidRDefault="00551728">
            <w:pPr>
              <w:spacing w:after="4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Dodatkowe uwagi</w:t>
            </w:r>
          </w:p>
          <w:p w14:paraId="7A82EB6F" w14:textId="218B309D" w:rsidR="00836E25" w:rsidRPr="00836E25" w:rsidRDefault="00551728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</w:p>
        </w:tc>
      </w:tr>
    </w:tbl>
    <w:p w14:paraId="7916D83F" w14:textId="0378EF4B" w:rsidR="003C78DC" w:rsidRPr="00836E25" w:rsidRDefault="003C78DC">
      <w:pPr>
        <w:spacing w:after="0" w:line="240" w:lineRule="auto"/>
        <w:rPr>
          <w:color w:val="000000" w:themeColor="text1"/>
          <w:sz w:val="20"/>
          <w:szCs w:val="24"/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246860" w:rsidRPr="001728CC" w14:paraId="19C9C5EF" w14:textId="77777777">
        <w:trPr>
          <w:cantSplit/>
          <w:trHeight w:val="295"/>
        </w:trPr>
        <w:tc>
          <w:tcPr>
            <w:tcW w:w="4819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72E171" w14:textId="77777777" w:rsidR="003C78DC" w:rsidRPr="00836E25" w:rsidRDefault="00551728">
            <w:pPr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Data wypełnienia</w:t>
            </w:r>
          </w:p>
          <w:p w14:paraId="5E3FB64B" w14:textId="77777777" w:rsidR="003C78DC" w:rsidRPr="00836E25" w:rsidRDefault="00551728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</w:p>
        </w:tc>
        <w:tc>
          <w:tcPr>
            <w:tcW w:w="4819" w:type="dxa"/>
            <w:tcBorders>
              <w:top w:val="single" w:sz="6" w:space="0" w:color="CCD8DE"/>
              <w:left w:val="single" w:sz="6" w:space="0" w:color="CCD8DE"/>
              <w:bottom w:val="single" w:sz="6" w:space="0" w:color="CCD8DE"/>
              <w:right w:val="single" w:sz="6" w:space="0" w:color="CCD8D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413A08" w14:textId="77777777" w:rsidR="003C78DC" w:rsidRPr="00836E25" w:rsidRDefault="00551728">
            <w:pPr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b/>
                <w:color w:val="000000" w:themeColor="text1"/>
                <w:sz w:val="20"/>
                <w:szCs w:val="24"/>
                <w:lang w:val="pl-PL"/>
              </w:rPr>
              <w:t>Podpis zgłaszającego</w:t>
            </w:r>
            <w:r w:rsidRPr="00836E25">
              <w:rPr>
                <w:i/>
                <w:color w:val="000000" w:themeColor="text1"/>
                <w:sz w:val="16"/>
                <w:szCs w:val="24"/>
                <w:lang w:val="pl-PL"/>
              </w:rPr>
              <w:t xml:space="preserve">  opcjonalnie, przy wersji papierowej</w:t>
            </w:r>
          </w:p>
          <w:p w14:paraId="5A5C1621" w14:textId="77777777" w:rsidR="003C78DC" w:rsidRPr="00836E25" w:rsidRDefault="00551728">
            <w:pPr>
              <w:spacing w:after="0"/>
              <w:rPr>
                <w:color w:val="000000" w:themeColor="text1"/>
                <w:sz w:val="20"/>
                <w:szCs w:val="24"/>
                <w:lang w:val="pl-PL"/>
              </w:rPr>
            </w:pPr>
            <w:r w:rsidRPr="00836E25">
              <w:rPr>
                <w:color w:val="000000" w:themeColor="text1"/>
                <w:sz w:val="20"/>
                <w:szCs w:val="24"/>
                <w:lang w:val="pl-PL"/>
              </w:rPr>
              <w:t xml:space="preserve"> </w:t>
            </w:r>
          </w:p>
        </w:tc>
      </w:tr>
    </w:tbl>
    <w:p w14:paraId="0B62D74C" w14:textId="77777777" w:rsidR="002814D8" w:rsidRDefault="002814D8" w:rsidP="00A274F4">
      <w:pPr>
        <w:pStyle w:val="FiszkaBody"/>
        <w:spacing w:after="120"/>
        <w:jc w:val="center"/>
        <w:rPr>
          <w:b/>
          <w:color w:val="000000" w:themeColor="text1"/>
          <w:sz w:val="22"/>
          <w:szCs w:val="32"/>
          <w:lang w:val="pl-PL"/>
        </w:rPr>
      </w:pPr>
    </w:p>
    <w:p w14:paraId="1084DA50" w14:textId="12EFE216" w:rsidR="002814D8" w:rsidRPr="002814D8" w:rsidRDefault="002814D8" w:rsidP="002814D8">
      <w:pPr>
        <w:pStyle w:val="FiszkaBody"/>
        <w:spacing w:after="120"/>
        <w:jc w:val="right"/>
        <w:rPr>
          <w:b/>
          <w:i/>
          <w:color w:val="000000" w:themeColor="text1"/>
          <w:sz w:val="22"/>
          <w:szCs w:val="32"/>
          <w:lang w:val="pl-PL"/>
        </w:rPr>
      </w:pPr>
      <w:r w:rsidRPr="002814D8">
        <w:rPr>
          <w:b/>
          <w:i/>
          <w:color w:val="000000" w:themeColor="text1"/>
          <w:sz w:val="22"/>
          <w:szCs w:val="32"/>
          <w:lang w:val="pl-PL"/>
        </w:rPr>
        <w:t>Dziękujemy za wypełnienie formularza</w:t>
      </w:r>
    </w:p>
    <w:p w14:paraId="17C1181F" w14:textId="77777777" w:rsidR="002814D8" w:rsidRDefault="002814D8" w:rsidP="00A274F4">
      <w:pPr>
        <w:pStyle w:val="FiszkaBody"/>
        <w:spacing w:after="120"/>
        <w:jc w:val="center"/>
        <w:rPr>
          <w:b/>
          <w:color w:val="000000" w:themeColor="text1"/>
          <w:sz w:val="22"/>
          <w:szCs w:val="32"/>
          <w:lang w:val="pl-PL"/>
        </w:rPr>
      </w:pPr>
    </w:p>
    <w:p w14:paraId="5180B3E9" w14:textId="77777777" w:rsidR="002814D8" w:rsidRDefault="002814D8" w:rsidP="00A274F4">
      <w:pPr>
        <w:pStyle w:val="FiszkaBody"/>
        <w:spacing w:after="120"/>
        <w:jc w:val="center"/>
        <w:rPr>
          <w:b/>
          <w:color w:val="000000" w:themeColor="text1"/>
          <w:sz w:val="22"/>
          <w:szCs w:val="32"/>
          <w:lang w:val="pl-PL"/>
        </w:rPr>
      </w:pPr>
    </w:p>
    <w:p w14:paraId="23D3B210" w14:textId="77777777" w:rsidR="002814D8" w:rsidRDefault="002814D8" w:rsidP="00A274F4">
      <w:pPr>
        <w:pStyle w:val="FiszkaBody"/>
        <w:spacing w:after="120"/>
        <w:jc w:val="center"/>
        <w:rPr>
          <w:b/>
          <w:color w:val="000000" w:themeColor="text1"/>
          <w:sz w:val="22"/>
          <w:szCs w:val="32"/>
          <w:lang w:val="pl-PL"/>
        </w:rPr>
      </w:pPr>
    </w:p>
    <w:p w14:paraId="43CB886D" w14:textId="6B13D2FC" w:rsidR="00DE46A1" w:rsidRPr="00A274F4" w:rsidRDefault="00DE46A1" w:rsidP="00A274F4">
      <w:pPr>
        <w:pStyle w:val="FiszkaBody"/>
        <w:spacing w:after="120"/>
        <w:jc w:val="center"/>
        <w:rPr>
          <w:b/>
          <w:color w:val="000000" w:themeColor="text1"/>
          <w:sz w:val="22"/>
          <w:szCs w:val="32"/>
          <w:lang w:val="pl-PL"/>
        </w:rPr>
      </w:pPr>
      <w:r w:rsidRPr="00836E25">
        <w:rPr>
          <w:b/>
          <w:color w:val="000000" w:themeColor="text1"/>
          <w:sz w:val="22"/>
          <w:szCs w:val="32"/>
          <w:lang w:val="pl-PL"/>
        </w:rPr>
        <w:t>KLAUZULA INFORMACYJNA DOTYCZĄCA PRZETWARZANIA DANYCH OSOBOWYCH</w:t>
      </w:r>
    </w:p>
    <w:p w14:paraId="590173A6" w14:textId="667BDB81" w:rsidR="00A274F4" w:rsidRPr="00A274F4" w:rsidRDefault="00A274F4" w:rsidP="00A274F4">
      <w:pPr>
        <w:pStyle w:val="FiszkaBody"/>
        <w:spacing w:after="120"/>
        <w:jc w:val="both"/>
        <w:rPr>
          <w:color w:val="000000" w:themeColor="text1"/>
          <w:sz w:val="20"/>
          <w:szCs w:val="24"/>
          <w:lang w:val="pl-PL"/>
        </w:rPr>
      </w:pPr>
      <w:r w:rsidRPr="00A274F4">
        <w:rPr>
          <w:color w:val="000000" w:themeColor="text1"/>
          <w:sz w:val="20"/>
          <w:szCs w:val="24"/>
          <w:lang w:val="pl-PL"/>
        </w:rPr>
        <w:t xml:space="preserve">Zgodnie z art. 13 ust. 1 i 2 rozporządzenia Parlamentu Europejskiego i Rady (UE) 2016/679 z dnia </w:t>
      </w:r>
      <w:r w:rsidR="00C2558B">
        <w:rPr>
          <w:color w:val="000000" w:themeColor="text1"/>
          <w:sz w:val="20"/>
          <w:szCs w:val="24"/>
          <w:lang w:val="pl-PL"/>
        </w:rPr>
        <w:br/>
      </w:r>
      <w:r w:rsidRPr="00A274F4">
        <w:rPr>
          <w:color w:val="000000" w:themeColor="text1"/>
          <w:sz w:val="20"/>
          <w:szCs w:val="24"/>
          <w:lang w:val="pl-PL"/>
        </w:rPr>
        <w:t xml:space="preserve">27 kwietnia 2016 r. w sprawie ochrony osób fizycznych w związku z przetwarzaniem danych osobowych </w:t>
      </w:r>
      <w:r w:rsidR="00C2558B">
        <w:rPr>
          <w:color w:val="000000" w:themeColor="text1"/>
          <w:sz w:val="20"/>
          <w:szCs w:val="24"/>
          <w:lang w:val="pl-PL"/>
        </w:rPr>
        <w:br/>
      </w:r>
      <w:r w:rsidRPr="00A274F4">
        <w:rPr>
          <w:color w:val="000000" w:themeColor="text1"/>
          <w:sz w:val="20"/>
          <w:szCs w:val="24"/>
          <w:lang w:val="pl-PL"/>
        </w:rPr>
        <w:t>i w sprawie swobodnego przepływu takich danych oraz uchylenia dyrektywy 95/46/WE (ogólne rozporządzenie o ochronie danych), zwanego dalej „RODO”, informuje się, że:</w:t>
      </w:r>
    </w:p>
    <w:p w14:paraId="27BE7FDF" w14:textId="38A0DE4C" w:rsidR="00A274F4" w:rsidRPr="00A274F4" w:rsidRDefault="00A274F4" w:rsidP="00A274F4">
      <w:pPr>
        <w:pStyle w:val="FiszkaBody"/>
        <w:numPr>
          <w:ilvl w:val="0"/>
          <w:numId w:val="11"/>
        </w:numPr>
        <w:spacing w:after="120"/>
        <w:jc w:val="both"/>
        <w:rPr>
          <w:color w:val="000000" w:themeColor="text1"/>
          <w:sz w:val="20"/>
          <w:szCs w:val="24"/>
          <w:lang w:val="pl-PL"/>
        </w:rPr>
      </w:pPr>
      <w:r w:rsidRPr="00A274F4">
        <w:rPr>
          <w:color w:val="000000" w:themeColor="text1"/>
          <w:sz w:val="20"/>
          <w:szCs w:val="24"/>
          <w:lang w:val="pl-PL"/>
        </w:rPr>
        <w:t xml:space="preserve">Administratorem Pani/Pana danych osobowych jest Burmistrz Miasta i Gminy Busko-Zdrój, </w:t>
      </w:r>
      <w:r w:rsidR="00C2558B">
        <w:rPr>
          <w:color w:val="000000" w:themeColor="text1"/>
          <w:sz w:val="20"/>
          <w:szCs w:val="24"/>
          <w:lang w:val="pl-PL"/>
        </w:rPr>
        <w:br/>
      </w:r>
      <w:r w:rsidRPr="00A274F4">
        <w:rPr>
          <w:color w:val="000000" w:themeColor="text1"/>
          <w:sz w:val="20"/>
          <w:szCs w:val="24"/>
          <w:lang w:val="pl-PL"/>
        </w:rPr>
        <w:t xml:space="preserve">al. Mickiewicza 10, 28-100 Busko-Zdrój, tel. 41 370 52 00, e-mail: </w:t>
      </w:r>
      <w:hyperlink r:id="rId9" w:history="1">
        <w:r w:rsidRPr="00A274F4">
          <w:rPr>
            <w:rStyle w:val="Hipercze"/>
            <w:sz w:val="20"/>
            <w:szCs w:val="24"/>
            <w:lang w:val="pl-PL"/>
          </w:rPr>
          <w:t>urzad@umig.busko.pl</w:t>
        </w:r>
      </w:hyperlink>
      <w:r w:rsidRPr="00A274F4">
        <w:rPr>
          <w:color w:val="000000" w:themeColor="text1"/>
          <w:sz w:val="20"/>
          <w:szCs w:val="24"/>
          <w:lang w:val="pl-PL"/>
        </w:rPr>
        <w:t>.</w:t>
      </w:r>
    </w:p>
    <w:p w14:paraId="523C5C50" w14:textId="670951A3" w:rsidR="00A274F4" w:rsidRPr="00A274F4" w:rsidRDefault="00A274F4" w:rsidP="00A274F4">
      <w:pPr>
        <w:pStyle w:val="FiszkaBody"/>
        <w:numPr>
          <w:ilvl w:val="0"/>
          <w:numId w:val="11"/>
        </w:numPr>
        <w:spacing w:after="120"/>
        <w:jc w:val="both"/>
        <w:rPr>
          <w:color w:val="000000" w:themeColor="text1"/>
          <w:sz w:val="20"/>
          <w:szCs w:val="24"/>
          <w:lang w:val="pl-PL"/>
        </w:rPr>
      </w:pPr>
      <w:r w:rsidRPr="00A274F4">
        <w:rPr>
          <w:color w:val="000000" w:themeColor="text1"/>
          <w:sz w:val="20"/>
          <w:szCs w:val="24"/>
          <w:lang w:val="pl-PL"/>
        </w:rPr>
        <w:t xml:space="preserve">Administrator wyznaczył Inspektora Ochrony Danych, z którym można kontaktować </w:t>
      </w:r>
      <w:r w:rsidR="00C2558B">
        <w:rPr>
          <w:color w:val="000000" w:themeColor="text1"/>
          <w:sz w:val="20"/>
          <w:szCs w:val="24"/>
          <w:lang w:val="pl-PL"/>
        </w:rPr>
        <w:br/>
      </w:r>
      <w:r w:rsidRPr="00A274F4">
        <w:rPr>
          <w:color w:val="000000" w:themeColor="text1"/>
          <w:sz w:val="20"/>
          <w:szCs w:val="24"/>
          <w:lang w:val="pl-PL"/>
        </w:rPr>
        <w:t xml:space="preserve">się za pośrednictwem poczty elektronicznej pod adresem </w:t>
      </w:r>
      <w:hyperlink r:id="rId10" w:history="1">
        <w:r w:rsidRPr="00A274F4">
          <w:rPr>
            <w:rStyle w:val="Hipercze"/>
            <w:sz w:val="20"/>
            <w:szCs w:val="24"/>
            <w:lang w:val="pl-PL"/>
          </w:rPr>
          <w:t>iod@umig.busko.pl</w:t>
        </w:r>
      </w:hyperlink>
      <w:r w:rsidRPr="00A274F4">
        <w:rPr>
          <w:color w:val="000000" w:themeColor="text1"/>
          <w:sz w:val="20"/>
          <w:szCs w:val="24"/>
          <w:lang w:val="pl-PL"/>
        </w:rPr>
        <w:t xml:space="preserve"> lub telefonicznie pod numerem 41 370 52 60. Z Inspektorem Ochrony Danych można kontaktować się we wszystkich sprawach dotyczących przetwarzania danych osobowych oraz korzystania z praw związanych </w:t>
      </w:r>
      <w:r w:rsidR="00C2558B">
        <w:rPr>
          <w:color w:val="000000" w:themeColor="text1"/>
          <w:sz w:val="20"/>
          <w:szCs w:val="24"/>
          <w:lang w:val="pl-PL"/>
        </w:rPr>
        <w:br/>
      </w:r>
      <w:r w:rsidRPr="00A274F4">
        <w:rPr>
          <w:color w:val="000000" w:themeColor="text1"/>
          <w:sz w:val="20"/>
          <w:szCs w:val="24"/>
          <w:lang w:val="pl-PL"/>
        </w:rPr>
        <w:t>z ich przetwarzaniem.</w:t>
      </w:r>
    </w:p>
    <w:p w14:paraId="70AE3BC8" w14:textId="1DDC4EB4" w:rsidR="00A274F4" w:rsidRPr="00A274F4" w:rsidRDefault="00A274F4" w:rsidP="00A274F4">
      <w:pPr>
        <w:pStyle w:val="FiszkaBody"/>
        <w:numPr>
          <w:ilvl w:val="0"/>
          <w:numId w:val="11"/>
        </w:numPr>
        <w:spacing w:after="120"/>
        <w:jc w:val="both"/>
        <w:rPr>
          <w:color w:val="000000" w:themeColor="text1"/>
          <w:sz w:val="20"/>
          <w:szCs w:val="24"/>
          <w:lang w:val="pl-PL"/>
        </w:rPr>
      </w:pPr>
      <w:r w:rsidRPr="00A274F4">
        <w:rPr>
          <w:color w:val="000000" w:themeColor="text1"/>
          <w:sz w:val="20"/>
          <w:szCs w:val="24"/>
          <w:lang w:val="pl-PL"/>
        </w:rPr>
        <w:lastRenderedPageBreak/>
        <w:t xml:space="preserve">Pani/Pana dane osobowe będą przetwarzane w celu przyjmowania, rejestrowania i analizy propozycji przedsięwzięć zgłaszanych w ramach naboru fiszek projektowych na potrzeby opracowania Strategii </w:t>
      </w:r>
      <w:r w:rsidR="00D41046">
        <w:rPr>
          <w:color w:val="000000" w:themeColor="text1"/>
          <w:sz w:val="20"/>
          <w:szCs w:val="24"/>
          <w:lang w:val="pl-PL"/>
        </w:rPr>
        <w:t>r</w:t>
      </w:r>
      <w:r w:rsidRPr="00A274F4">
        <w:rPr>
          <w:color w:val="000000" w:themeColor="text1"/>
          <w:sz w:val="20"/>
          <w:szCs w:val="24"/>
          <w:lang w:val="pl-PL"/>
        </w:rPr>
        <w:t>ozwoju Gminy Busko-Zdrój na lata 2026–2036, a także w celu ewentualnego kontaktu ze zgłaszającym w sprawie przedstawionej propozycji.</w:t>
      </w:r>
    </w:p>
    <w:p w14:paraId="673855E0" w14:textId="745A9C97" w:rsidR="00A274F4" w:rsidRPr="00A274F4" w:rsidRDefault="00A274F4" w:rsidP="00A274F4">
      <w:pPr>
        <w:pStyle w:val="FiszkaBody"/>
        <w:numPr>
          <w:ilvl w:val="0"/>
          <w:numId w:val="11"/>
        </w:numPr>
        <w:spacing w:after="120"/>
        <w:jc w:val="both"/>
        <w:rPr>
          <w:color w:val="000000" w:themeColor="text1"/>
          <w:sz w:val="20"/>
          <w:szCs w:val="24"/>
          <w:lang w:val="pl-PL"/>
        </w:rPr>
      </w:pPr>
      <w:r w:rsidRPr="00A274F4">
        <w:rPr>
          <w:color w:val="000000" w:themeColor="text1"/>
          <w:sz w:val="20"/>
          <w:szCs w:val="24"/>
          <w:lang w:val="pl-PL"/>
        </w:rPr>
        <w:t xml:space="preserve">Podstawą prawną przetwarzania Pani/Pana danych osobowych w celu wskazanym w pkt 3 jest art. 6 ust. 1 lit. e RODO, tj. przetwarzanie niezbędne do wykonania zadania realizowanego w interesie publicznym, w związku z art. 10e ust. 1 i art. 10f ust. 2 ustawy z dnia 8 marca 1990 r. o samorządzie gminnym (Dz. U. z 2026 r. poz. 662, z późn. zm.). W zakresie realizacji obowiązków dotyczących archiwizacji dokumentacji podstawę prawną stanowi również art. 6 ust. 1 lit. c RODO w związku </w:t>
      </w:r>
      <w:r w:rsidR="00C2558B">
        <w:rPr>
          <w:color w:val="000000" w:themeColor="text1"/>
          <w:sz w:val="20"/>
          <w:szCs w:val="24"/>
          <w:lang w:val="pl-PL"/>
        </w:rPr>
        <w:br/>
      </w:r>
      <w:r w:rsidRPr="00A274F4">
        <w:rPr>
          <w:color w:val="000000" w:themeColor="text1"/>
          <w:sz w:val="20"/>
          <w:szCs w:val="24"/>
          <w:lang w:val="pl-PL"/>
        </w:rPr>
        <w:t>z właściwymi przepisami dotyczącymi archiwizacji dokumentacji.</w:t>
      </w:r>
    </w:p>
    <w:p w14:paraId="774353B4" w14:textId="2846D273" w:rsidR="00A274F4" w:rsidRDefault="00A274F4" w:rsidP="00A274F4">
      <w:pPr>
        <w:pStyle w:val="FiszkaBody"/>
        <w:numPr>
          <w:ilvl w:val="0"/>
          <w:numId w:val="11"/>
        </w:numPr>
        <w:spacing w:after="120"/>
        <w:jc w:val="both"/>
        <w:rPr>
          <w:color w:val="000000" w:themeColor="text1"/>
          <w:sz w:val="20"/>
          <w:szCs w:val="24"/>
          <w:lang w:val="pl-PL"/>
        </w:rPr>
      </w:pPr>
      <w:r w:rsidRPr="00A274F4">
        <w:rPr>
          <w:color w:val="000000" w:themeColor="text1"/>
          <w:sz w:val="20"/>
          <w:szCs w:val="24"/>
          <w:lang w:val="pl-PL"/>
        </w:rPr>
        <w:t xml:space="preserve">Odbiorcami Pani/Pana danych osobowych mogą być podmioty uprawnione do ich otrzymania na podstawie obowiązujących przepisów prawa oraz podmioty świadczące usługi na rzecz Administratora, w szczególności podmiot zewnętrzny opracowujący Strategię </w:t>
      </w:r>
      <w:r w:rsidR="00D41046">
        <w:rPr>
          <w:color w:val="000000" w:themeColor="text1"/>
          <w:sz w:val="20"/>
          <w:szCs w:val="24"/>
          <w:lang w:val="pl-PL"/>
        </w:rPr>
        <w:t>r</w:t>
      </w:r>
      <w:r w:rsidRPr="00A274F4">
        <w:rPr>
          <w:color w:val="000000" w:themeColor="text1"/>
          <w:sz w:val="20"/>
          <w:szCs w:val="24"/>
          <w:lang w:val="pl-PL"/>
        </w:rPr>
        <w:t>ozwoju Gminy Busko-Zdrój na lata 2026–2036, jeżeli przetwarza dane na podstawie stosownej umowy powierzenia przetwarzania danych osobowych.</w:t>
      </w:r>
    </w:p>
    <w:p w14:paraId="6D917428" w14:textId="7E1518C6" w:rsidR="00A274F4" w:rsidRPr="00A274F4" w:rsidRDefault="00A274F4" w:rsidP="00A274F4">
      <w:pPr>
        <w:pStyle w:val="FiszkaBody"/>
        <w:numPr>
          <w:ilvl w:val="0"/>
          <w:numId w:val="11"/>
        </w:numPr>
        <w:spacing w:after="120"/>
        <w:jc w:val="both"/>
        <w:rPr>
          <w:color w:val="000000" w:themeColor="text1"/>
          <w:sz w:val="20"/>
          <w:szCs w:val="24"/>
          <w:lang w:val="pl-PL"/>
        </w:rPr>
      </w:pPr>
      <w:r w:rsidRPr="00A274F4">
        <w:rPr>
          <w:color w:val="000000" w:themeColor="text1"/>
          <w:sz w:val="20"/>
          <w:szCs w:val="24"/>
          <w:lang w:val="pl-PL"/>
        </w:rPr>
        <w:t xml:space="preserve">Zgłoszone propozycje przedsięwzięć mogą zostać wykorzystane na potrzeby opracowania Strategii </w:t>
      </w:r>
      <w:r w:rsidR="00D41046">
        <w:rPr>
          <w:color w:val="000000" w:themeColor="text1"/>
          <w:sz w:val="20"/>
          <w:szCs w:val="24"/>
          <w:lang w:val="pl-PL"/>
        </w:rPr>
        <w:t>r</w:t>
      </w:r>
      <w:r w:rsidRPr="00A274F4">
        <w:rPr>
          <w:color w:val="000000" w:themeColor="text1"/>
          <w:sz w:val="20"/>
          <w:szCs w:val="24"/>
          <w:lang w:val="pl-PL"/>
        </w:rPr>
        <w:t>ozwoju Gminy Busko-Zdrój na lata 2026–2036, w tym zamieszczone w dokumentach, zestawieniach lub materiałach informacyjnych udostępnianych publicznie. W przypadku publikacji fiszek projektowych lub informacji o zgłoszonych przedsięwzięciach dane osobowe umożliwiające identyfikację osób zgłaszających zostaną usunięte lub zanonimizowane przed ich udostępnieniem.</w:t>
      </w:r>
    </w:p>
    <w:p w14:paraId="6CEF1EB8" w14:textId="6B8DD851" w:rsidR="00A274F4" w:rsidRPr="00A274F4" w:rsidRDefault="00A274F4" w:rsidP="00A274F4">
      <w:pPr>
        <w:pStyle w:val="FiszkaBody"/>
        <w:numPr>
          <w:ilvl w:val="0"/>
          <w:numId w:val="11"/>
        </w:numPr>
        <w:spacing w:after="120"/>
        <w:jc w:val="both"/>
        <w:rPr>
          <w:color w:val="000000" w:themeColor="text1"/>
          <w:sz w:val="20"/>
          <w:szCs w:val="24"/>
          <w:lang w:val="pl-PL"/>
        </w:rPr>
      </w:pPr>
      <w:r w:rsidRPr="00A274F4">
        <w:rPr>
          <w:color w:val="000000" w:themeColor="text1"/>
          <w:sz w:val="20"/>
          <w:szCs w:val="24"/>
          <w:lang w:val="pl-PL"/>
        </w:rPr>
        <w:t xml:space="preserve">Administrator nie zamierza przekazywać Pani/Pana danych osobowych do państw trzecich </w:t>
      </w:r>
      <w:r w:rsidR="00C2558B">
        <w:rPr>
          <w:color w:val="000000" w:themeColor="text1"/>
          <w:sz w:val="20"/>
          <w:szCs w:val="24"/>
          <w:lang w:val="pl-PL"/>
        </w:rPr>
        <w:br/>
      </w:r>
      <w:r w:rsidRPr="00A274F4">
        <w:rPr>
          <w:color w:val="000000" w:themeColor="text1"/>
          <w:sz w:val="20"/>
          <w:szCs w:val="24"/>
          <w:lang w:val="pl-PL"/>
        </w:rPr>
        <w:t>ani organizacji międzynarodowych.</w:t>
      </w:r>
    </w:p>
    <w:p w14:paraId="2C7A5C46" w14:textId="77777777" w:rsidR="00A274F4" w:rsidRPr="00A274F4" w:rsidRDefault="00A274F4" w:rsidP="00A274F4">
      <w:pPr>
        <w:pStyle w:val="FiszkaBody"/>
        <w:numPr>
          <w:ilvl w:val="0"/>
          <w:numId w:val="11"/>
        </w:numPr>
        <w:spacing w:after="120"/>
        <w:jc w:val="both"/>
        <w:rPr>
          <w:color w:val="000000" w:themeColor="text1"/>
          <w:sz w:val="20"/>
          <w:szCs w:val="24"/>
          <w:lang w:val="pl-PL"/>
        </w:rPr>
      </w:pPr>
      <w:r w:rsidRPr="00A274F4">
        <w:rPr>
          <w:color w:val="000000" w:themeColor="text1"/>
          <w:sz w:val="20"/>
          <w:szCs w:val="24"/>
          <w:lang w:val="pl-PL"/>
        </w:rPr>
        <w:t>Pani/Pana dane osobowe będą przechowywane przez okres niezbędny do realizacji celu, w jakim zostały zebrane, a następnie przez okres wynikający z obowiązujących przepisów prawa dotyczących przechowywania i archiwizacji dokumentacji, zgodnie z właściwą kategorią archiwalną.</w:t>
      </w:r>
    </w:p>
    <w:p w14:paraId="6D32C4C4" w14:textId="74581BE6" w:rsidR="00A274F4" w:rsidRPr="00A274F4" w:rsidRDefault="00A274F4" w:rsidP="00C97968">
      <w:pPr>
        <w:pStyle w:val="FiszkaBody"/>
        <w:numPr>
          <w:ilvl w:val="0"/>
          <w:numId w:val="11"/>
        </w:numPr>
        <w:spacing w:after="120"/>
        <w:jc w:val="both"/>
        <w:rPr>
          <w:color w:val="000000" w:themeColor="text1"/>
          <w:sz w:val="20"/>
          <w:szCs w:val="24"/>
          <w:lang w:val="pl-PL"/>
        </w:rPr>
      </w:pPr>
      <w:r w:rsidRPr="00A274F4">
        <w:rPr>
          <w:color w:val="000000" w:themeColor="text1"/>
          <w:sz w:val="20"/>
          <w:szCs w:val="24"/>
          <w:lang w:val="pl-PL"/>
        </w:rPr>
        <w:t>Przysługuje Pani/Panu prawo do żądania od Administratora dostępu do swoich danych osobowych, ich sprostowania, usunięcia lub ograniczenia przetwarzania, a także prawo wniesienia sprzeciwu wobec przetwarzania danych osobowych, na zasadach i w przypadkach określonych w RODO.</w:t>
      </w:r>
      <w:r w:rsidR="00C97968" w:rsidRPr="00C97968">
        <w:t xml:space="preserve"> </w:t>
      </w:r>
      <w:r w:rsidR="00C97968" w:rsidRPr="00C97968">
        <w:rPr>
          <w:color w:val="000000" w:themeColor="text1"/>
          <w:sz w:val="20"/>
          <w:szCs w:val="24"/>
          <w:lang w:val="pl-PL"/>
        </w:rPr>
        <w:t>Przysługuje Pani/Panu również prawo wniesienia skargi do organu nadzorczego: - Prezesa Urzędu Ochrony Danych Osobowych;</w:t>
      </w:r>
    </w:p>
    <w:p w14:paraId="33D51504" w14:textId="573ECCE7" w:rsidR="00A274F4" w:rsidRPr="00A274F4" w:rsidRDefault="00A274F4" w:rsidP="00B61A43">
      <w:pPr>
        <w:pStyle w:val="FiszkaBody"/>
        <w:numPr>
          <w:ilvl w:val="0"/>
          <w:numId w:val="11"/>
        </w:numPr>
        <w:spacing w:after="120"/>
        <w:jc w:val="both"/>
        <w:rPr>
          <w:color w:val="000000" w:themeColor="text1"/>
          <w:sz w:val="20"/>
          <w:szCs w:val="24"/>
          <w:lang w:val="pl-PL"/>
        </w:rPr>
      </w:pPr>
      <w:r w:rsidRPr="00A274F4">
        <w:rPr>
          <w:color w:val="000000" w:themeColor="text1"/>
          <w:sz w:val="20"/>
          <w:szCs w:val="24"/>
          <w:lang w:val="pl-PL"/>
        </w:rPr>
        <w:t xml:space="preserve">Udział w naborze fiszek projektowych jest dobrowolny. </w:t>
      </w:r>
      <w:r w:rsidR="00B61A43">
        <w:rPr>
          <w:color w:val="000000" w:themeColor="text1"/>
          <w:sz w:val="20"/>
          <w:szCs w:val="24"/>
          <w:lang w:val="pl-PL"/>
        </w:rPr>
        <w:t>P</w:t>
      </w:r>
      <w:r w:rsidR="00B61A43" w:rsidRPr="00B61A43">
        <w:rPr>
          <w:color w:val="000000" w:themeColor="text1"/>
          <w:sz w:val="20"/>
          <w:szCs w:val="24"/>
          <w:lang w:val="pl-PL"/>
        </w:rPr>
        <w:t xml:space="preserve">odanie danych jest niezbędne do właściwej realizacji </w:t>
      </w:r>
      <w:r w:rsidR="00C2558B">
        <w:rPr>
          <w:color w:val="000000" w:themeColor="text1"/>
          <w:sz w:val="20"/>
          <w:szCs w:val="24"/>
          <w:lang w:val="pl-PL"/>
        </w:rPr>
        <w:t xml:space="preserve">ww. </w:t>
      </w:r>
      <w:r w:rsidR="00B61A43" w:rsidRPr="00B61A43">
        <w:rPr>
          <w:color w:val="000000" w:themeColor="text1"/>
          <w:sz w:val="20"/>
          <w:szCs w:val="24"/>
          <w:lang w:val="pl-PL"/>
        </w:rPr>
        <w:t xml:space="preserve">celu. </w:t>
      </w:r>
      <w:r w:rsidRPr="00A274F4">
        <w:rPr>
          <w:color w:val="000000" w:themeColor="text1"/>
          <w:sz w:val="20"/>
          <w:szCs w:val="24"/>
          <w:lang w:val="pl-PL"/>
        </w:rPr>
        <w:t xml:space="preserve">Niepodanie danych </w:t>
      </w:r>
      <w:r>
        <w:rPr>
          <w:color w:val="000000" w:themeColor="text1"/>
          <w:sz w:val="20"/>
          <w:szCs w:val="24"/>
          <w:lang w:val="pl-PL"/>
        </w:rPr>
        <w:t>kontaktowych</w:t>
      </w:r>
      <w:r w:rsidRPr="00A274F4">
        <w:rPr>
          <w:color w:val="000000" w:themeColor="text1"/>
          <w:sz w:val="20"/>
          <w:szCs w:val="24"/>
          <w:lang w:val="pl-PL"/>
        </w:rPr>
        <w:t xml:space="preserve"> może uniemożliwić </w:t>
      </w:r>
      <w:r>
        <w:rPr>
          <w:color w:val="000000" w:themeColor="text1"/>
          <w:sz w:val="20"/>
          <w:szCs w:val="24"/>
          <w:lang w:val="pl-PL"/>
        </w:rPr>
        <w:t>kontakt</w:t>
      </w:r>
      <w:r w:rsidRPr="00A274F4">
        <w:rPr>
          <w:color w:val="000000" w:themeColor="text1"/>
          <w:sz w:val="20"/>
          <w:szCs w:val="24"/>
          <w:lang w:val="pl-PL"/>
        </w:rPr>
        <w:t xml:space="preserve"> ze zgłaszającym </w:t>
      </w:r>
      <w:r w:rsidR="00C2558B">
        <w:rPr>
          <w:color w:val="000000" w:themeColor="text1"/>
          <w:sz w:val="20"/>
          <w:szCs w:val="24"/>
          <w:lang w:val="pl-PL"/>
        </w:rPr>
        <w:br/>
      </w:r>
      <w:r w:rsidRPr="00A274F4">
        <w:rPr>
          <w:color w:val="000000" w:themeColor="text1"/>
          <w:sz w:val="20"/>
          <w:szCs w:val="24"/>
          <w:lang w:val="pl-PL"/>
        </w:rPr>
        <w:t>w celu ewentualnego wyjaśnienia lub uzupełnienia zgłoszonej propozycji.</w:t>
      </w:r>
    </w:p>
    <w:p w14:paraId="41E71E57" w14:textId="59076DB2" w:rsidR="00DE46A1" w:rsidRPr="00A274F4" w:rsidRDefault="00A274F4" w:rsidP="00A274F4">
      <w:pPr>
        <w:pStyle w:val="FiszkaBody"/>
        <w:numPr>
          <w:ilvl w:val="0"/>
          <w:numId w:val="11"/>
        </w:numPr>
        <w:spacing w:after="120"/>
        <w:jc w:val="both"/>
        <w:rPr>
          <w:color w:val="000000" w:themeColor="text1"/>
          <w:sz w:val="20"/>
          <w:szCs w:val="24"/>
          <w:lang w:val="pl-PL"/>
        </w:rPr>
      </w:pPr>
      <w:r w:rsidRPr="00A274F4">
        <w:rPr>
          <w:color w:val="000000" w:themeColor="text1"/>
          <w:sz w:val="20"/>
          <w:szCs w:val="24"/>
          <w:lang w:val="pl-PL"/>
        </w:rPr>
        <w:t>Pani/Pana dane osobowe nie będą podlegały zautomatyzowanemu podejmowaniu decyzji, w tym profilowaniu.</w:t>
      </w:r>
    </w:p>
    <w:sectPr w:rsidR="00DE46A1" w:rsidRPr="00A274F4" w:rsidSect="00246860">
      <w:headerReference w:type="default" r:id="rId11"/>
      <w:footerReference w:type="default" r:id="rId12"/>
      <w:pgSz w:w="11906" w:h="16838"/>
      <w:pgMar w:top="1560" w:right="1134" w:bottom="879" w:left="1134" w:header="397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CB469A" w14:textId="77777777" w:rsidR="00E92501" w:rsidRDefault="00E92501">
      <w:pPr>
        <w:spacing w:after="0" w:line="240" w:lineRule="auto"/>
      </w:pPr>
      <w:r>
        <w:separator/>
      </w:r>
    </w:p>
  </w:endnote>
  <w:endnote w:type="continuationSeparator" w:id="0">
    <w:p w14:paraId="63CDC9C7" w14:textId="77777777" w:rsidR="00E92501" w:rsidRDefault="00E92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BB247D" w14:textId="4E4C5E16" w:rsidR="003C78DC" w:rsidRDefault="00551728">
    <w:pPr>
      <w:pStyle w:val="Stopka"/>
      <w:jc w:val="right"/>
    </w:pPr>
    <w:r>
      <w:rPr>
        <w:color w:val="63768A"/>
        <w:sz w:val="14"/>
      </w:rPr>
      <w:t xml:space="preserve">|  Strona </w:t>
    </w:r>
    <w:r>
      <w:fldChar w:fldCharType="begin"/>
    </w:r>
    <w:r>
      <w:instrText>PAGE</w:instrText>
    </w:r>
    <w:r>
      <w:fldChar w:fldCharType="separate"/>
    </w:r>
    <w:r w:rsidR="00DC2EF8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203A05" w14:textId="77777777" w:rsidR="00E92501" w:rsidRDefault="00E92501">
      <w:pPr>
        <w:spacing w:after="0" w:line="240" w:lineRule="auto"/>
      </w:pPr>
      <w:r>
        <w:separator/>
      </w:r>
    </w:p>
  </w:footnote>
  <w:footnote w:type="continuationSeparator" w:id="0">
    <w:p w14:paraId="5E474003" w14:textId="77777777" w:rsidR="00E92501" w:rsidRDefault="00E92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12EF1A" w14:textId="063C6FA3" w:rsidR="003C78DC" w:rsidRPr="001728CC" w:rsidRDefault="00246860" w:rsidP="00246860">
    <w:pPr>
      <w:pStyle w:val="Nagwek"/>
      <w:ind w:firstLine="3544"/>
      <w:jc w:val="right"/>
      <w:rPr>
        <w:lang w:val="pl-PL"/>
      </w:rPr>
    </w:pPr>
    <w:r w:rsidRPr="00246860">
      <w:rPr>
        <w:b/>
        <w:noProof/>
        <w:color w:val="63768A"/>
        <w:sz w:val="15"/>
        <w:lang w:val="pl-PL" w:eastAsia="pl-PL"/>
      </w:rPr>
      <w:drawing>
        <wp:anchor distT="0" distB="0" distL="114300" distR="114300" simplePos="0" relativeHeight="251658752" behindDoc="0" locked="0" layoutInCell="1" allowOverlap="1" wp14:anchorId="4367BDB4" wp14:editId="4A65E370">
          <wp:simplePos x="0" y="0"/>
          <wp:positionH relativeFrom="column">
            <wp:posOffset>48260</wp:posOffset>
          </wp:positionH>
          <wp:positionV relativeFrom="paragraph">
            <wp:posOffset>-48895</wp:posOffset>
          </wp:positionV>
          <wp:extent cx="1130300" cy="433356"/>
          <wp:effectExtent l="0" t="0" r="0" b="5080"/>
          <wp:wrapNone/>
          <wp:docPr id="177241820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29431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0300" cy="4333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28CC">
      <w:rPr>
        <w:b/>
        <w:color w:val="63768A"/>
        <w:sz w:val="15"/>
        <w:lang w:val="pl-PL"/>
      </w:rPr>
      <w:t xml:space="preserve"> </w:t>
    </w:r>
    <w:r w:rsidRPr="001728CC">
      <w:rPr>
        <w:b/>
        <w:color w:val="63768A"/>
        <w:sz w:val="15"/>
        <w:lang w:val="pl-PL"/>
      </w:rPr>
      <w:tab/>
      <w:t xml:space="preserve">                                        </w:t>
    </w:r>
    <w:r w:rsidRPr="001728CC">
      <w:rPr>
        <w:b/>
        <w:color w:val="63768A"/>
        <w:sz w:val="24"/>
        <w:szCs w:val="40"/>
        <w:lang w:val="pl-PL"/>
      </w:rPr>
      <w:t>STRATEGIA ROZWOJU GMINY BUSKO-ZDRÓJ NA LATA 2026-2036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7DB27A0"/>
    <w:multiLevelType w:val="hybridMultilevel"/>
    <w:tmpl w:val="C60E90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6A7864"/>
    <w:multiLevelType w:val="multilevel"/>
    <w:tmpl w:val="D7960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4BD6"/>
    <w:rsid w:val="0006063C"/>
    <w:rsid w:val="000629B4"/>
    <w:rsid w:val="000A07B6"/>
    <w:rsid w:val="000A329E"/>
    <w:rsid w:val="001362E1"/>
    <w:rsid w:val="0015074B"/>
    <w:rsid w:val="001728CC"/>
    <w:rsid w:val="001751C9"/>
    <w:rsid w:val="001B30F3"/>
    <w:rsid w:val="00246860"/>
    <w:rsid w:val="0026688B"/>
    <w:rsid w:val="002814D8"/>
    <w:rsid w:val="0029639D"/>
    <w:rsid w:val="00326F90"/>
    <w:rsid w:val="003C78DC"/>
    <w:rsid w:val="003D7CA0"/>
    <w:rsid w:val="003E27BE"/>
    <w:rsid w:val="00551728"/>
    <w:rsid w:val="0058659F"/>
    <w:rsid w:val="006A64E3"/>
    <w:rsid w:val="00836E25"/>
    <w:rsid w:val="008B7F9F"/>
    <w:rsid w:val="00A274F4"/>
    <w:rsid w:val="00A572AC"/>
    <w:rsid w:val="00AA1D8D"/>
    <w:rsid w:val="00AA2FCD"/>
    <w:rsid w:val="00AB4572"/>
    <w:rsid w:val="00B47730"/>
    <w:rsid w:val="00B61A43"/>
    <w:rsid w:val="00C22E56"/>
    <w:rsid w:val="00C2558B"/>
    <w:rsid w:val="00C97968"/>
    <w:rsid w:val="00CA3C79"/>
    <w:rsid w:val="00CB0664"/>
    <w:rsid w:val="00CF6783"/>
    <w:rsid w:val="00D41046"/>
    <w:rsid w:val="00DC2EF8"/>
    <w:rsid w:val="00DE46A1"/>
    <w:rsid w:val="00E925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E487C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60" w:line="259" w:lineRule="auto"/>
    </w:pPr>
    <w:rPr>
      <w:rFonts w:ascii="Aptos" w:hAnsi="Aptos"/>
      <w:color w:val="1A2936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szkaTitle">
    <w:name w:val="FiszkaTitle"/>
    <w:basedOn w:val="Normalny"/>
    <w:pPr>
      <w:spacing w:after="160"/>
    </w:pPr>
    <w:rPr>
      <w:b/>
      <w:color w:val="15334F"/>
      <w:sz w:val="40"/>
    </w:rPr>
  </w:style>
  <w:style w:type="paragraph" w:customStyle="1" w:styleId="FiszkaSection">
    <w:name w:val="FiszkaSection"/>
    <w:basedOn w:val="Normalny"/>
    <w:pPr>
      <w:spacing w:before="240" w:after="120"/>
    </w:pPr>
    <w:rPr>
      <w:b/>
      <w:color w:val="15334F"/>
      <w:sz w:val="22"/>
    </w:rPr>
  </w:style>
  <w:style w:type="paragraph" w:customStyle="1" w:styleId="FiszkaSub">
    <w:name w:val="FiszkaSub"/>
    <w:basedOn w:val="Normalny"/>
    <w:pPr>
      <w:spacing w:before="140"/>
    </w:pPr>
    <w:rPr>
      <w:b/>
      <w:color w:val="15334F"/>
      <w:sz w:val="19"/>
    </w:rPr>
  </w:style>
  <w:style w:type="paragraph" w:customStyle="1" w:styleId="FiszkaSmall">
    <w:name w:val="FiszkaSmall"/>
    <w:basedOn w:val="Normalny"/>
    <w:rPr>
      <w:color w:val="63768A"/>
      <w:sz w:val="16"/>
    </w:rPr>
  </w:style>
  <w:style w:type="paragraph" w:customStyle="1" w:styleId="FiszkaBody">
    <w:name w:val="FiszkaBody"/>
    <w:basedOn w:val="Normalny"/>
    <w:pPr>
      <w:spacing w:after="80"/>
    </w:pPr>
  </w:style>
  <w:style w:type="character" w:styleId="Hipercze">
    <w:name w:val="Hyperlink"/>
    <w:basedOn w:val="Domylnaczcionkaakapitu"/>
    <w:uiPriority w:val="99"/>
    <w:unhideWhenUsed/>
    <w:rsid w:val="00CF6783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F678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28CC"/>
    <w:rPr>
      <w:rFonts w:ascii="Tahoma" w:hAnsi="Tahoma" w:cs="Tahoma"/>
      <w:color w:val="1A2936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410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10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1046"/>
    <w:rPr>
      <w:rFonts w:ascii="Aptos" w:hAnsi="Aptos"/>
      <w:color w:val="1A2936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0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046"/>
    <w:rPr>
      <w:rFonts w:ascii="Aptos" w:hAnsi="Aptos"/>
      <w:b/>
      <w:bCs/>
      <w:color w:val="1A2936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60" w:line="259" w:lineRule="auto"/>
    </w:pPr>
    <w:rPr>
      <w:rFonts w:ascii="Aptos" w:hAnsi="Aptos"/>
      <w:color w:val="1A2936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szkaTitle">
    <w:name w:val="FiszkaTitle"/>
    <w:basedOn w:val="Normalny"/>
    <w:pPr>
      <w:spacing w:after="160"/>
    </w:pPr>
    <w:rPr>
      <w:b/>
      <w:color w:val="15334F"/>
      <w:sz w:val="40"/>
    </w:rPr>
  </w:style>
  <w:style w:type="paragraph" w:customStyle="1" w:styleId="FiszkaSection">
    <w:name w:val="FiszkaSection"/>
    <w:basedOn w:val="Normalny"/>
    <w:pPr>
      <w:spacing w:before="240" w:after="120"/>
    </w:pPr>
    <w:rPr>
      <w:b/>
      <w:color w:val="15334F"/>
      <w:sz w:val="22"/>
    </w:rPr>
  </w:style>
  <w:style w:type="paragraph" w:customStyle="1" w:styleId="FiszkaSub">
    <w:name w:val="FiszkaSub"/>
    <w:basedOn w:val="Normalny"/>
    <w:pPr>
      <w:spacing w:before="140"/>
    </w:pPr>
    <w:rPr>
      <w:b/>
      <w:color w:val="15334F"/>
      <w:sz w:val="19"/>
    </w:rPr>
  </w:style>
  <w:style w:type="paragraph" w:customStyle="1" w:styleId="FiszkaSmall">
    <w:name w:val="FiszkaSmall"/>
    <w:basedOn w:val="Normalny"/>
    <w:rPr>
      <w:color w:val="63768A"/>
      <w:sz w:val="16"/>
    </w:rPr>
  </w:style>
  <w:style w:type="paragraph" w:customStyle="1" w:styleId="FiszkaBody">
    <w:name w:val="FiszkaBody"/>
    <w:basedOn w:val="Normalny"/>
    <w:pPr>
      <w:spacing w:after="80"/>
    </w:pPr>
  </w:style>
  <w:style w:type="character" w:styleId="Hipercze">
    <w:name w:val="Hyperlink"/>
    <w:basedOn w:val="Domylnaczcionkaakapitu"/>
    <w:uiPriority w:val="99"/>
    <w:unhideWhenUsed/>
    <w:rsid w:val="00CF6783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F678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28CC"/>
    <w:rPr>
      <w:rFonts w:ascii="Tahoma" w:hAnsi="Tahoma" w:cs="Tahoma"/>
      <w:color w:val="1A2936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410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10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1046"/>
    <w:rPr>
      <w:rFonts w:ascii="Aptos" w:hAnsi="Aptos"/>
      <w:color w:val="1A2936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0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046"/>
    <w:rPr>
      <w:rFonts w:ascii="Aptos" w:hAnsi="Aptos"/>
      <w:b/>
      <w:bCs/>
      <w:color w:val="1A293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od@umig.busko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rzad@umig.busko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A6958C-3F28-4BCA-9B11-8205F2A72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1190</Words>
  <Characters>7145</Characters>
  <Application>Microsoft Office Word</Application>
  <DocSecurity>0</DocSecurity>
  <Lines>59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8319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Cieślak</dc:creator>
  <cp:lastModifiedBy>Anna Garlej</cp:lastModifiedBy>
  <cp:revision>2</cp:revision>
  <dcterms:created xsi:type="dcterms:W3CDTF">2026-10-27T06:31:00Z</dcterms:created>
  <dcterms:modified xsi:type="dcterms:W3CDTF">2026-10-27T06:31:00Z</dcterms:modified>
</cp:coreProperties>
</file>